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IBIPC PRODUCT LIBRARY — STRUCTURE &amp; REVIEW REPORT</w:t>
      </w:r>
    </w:p>
    <w:p>
      <w:r>
        <w:rPr>
          <w:b/>
        </w:rPr>
        <w:t>Структура библиотеки и отчёт для проверки · Deliverable 1 (Full Catalog Decomposition)</w:t>
      </w:r>
    </w:p>
    <w:p>
      <w:r>
        <w:rPr>
          <w:b w:val="0"/>
        </w:rPr>
        <w:t>Source: PRODUCT LINE OF IBIPC 2026 EN-1_260818_180145.pdf · 48 pages · SHA-256 43123e1c5ee50d5b… · Status: DRAFT FOR HUMAN REVIEW · 2026-10-16</w:t>
      </w:r>
    </w:p>
    <w:p>
      <w:r>
        <w:rPr>
          <w:b w:val="0"/>
          <w:color w:val="B4441B"/>
        </w:rPr>
        <w:t>Pipeline: PDF SOURCE → MASTER INVENTORY → HUMAN REVIEW → VALIDATED JSON → 3D LIBRARY → W-FORTEX CONFIGURATOR. 3D-моделирование не начато; JSON к конфигуратору не подключён.</w:t>
      </w:r>
    </w:p>
    <w:p>
      <w:pPr>
        <w:pStyle w:val="Heading1"/>
      </w:pPr>
      <w:r>
        <w:t>1. Summary / Сводка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7013"/>
        <w:gridCol w:w="7013"/>
      </w:tblGrid>
      <w:tr>
        <w:tc>
          <w:tcPr>
            <w:tcW w:type="dxa" w:w="7013"/>
          </w:tcPr>
          <w:p>
            <w:r>
              <w:rPr>
                <w:sz w:val="17"/>
              </w:rPr>
              <w:t>Metric</w:t>
            </w:r>
          </w:p>
        </w:tc>
        <w:tc>
          <w:tcPr>
            <w:tcW w:type="dxa" w:w="7013"/>
          </w:tcPr>
          <w:p>
            <w:r>
              <w:rPr>
                <w:sz w:val="17"/>
              </w:rPr>
              <w:t>Value</w:t>
            </w:r>
          </w:p>
        </w:tc>
      </w:tr>
      <w:tr>
        <w:tc>
          <w:tcPr>
            <w:tcW w:type="dxa" w:w="7013"/>
          </w:tcPr>
          <w:p>
            <w:r>
              <w:rPr>
                <w:sz w:val="17"/>
              </w:rPr>
              <w:t>catalog_pages</w:t>
            </w:r>
          </w:p>
        </w:tc>
        <w:tc>
          <w:tcPr>
            <w:tcW w:type="dxa" w:w="7013"/>
          </w:tcPr>
          <w:p>
            <w:r>
              <w:rPr>
                <w:sz w:val="17"/>
              </w:rPr>
              <w:t>48</w:t>
            </w:r>
          </w:p>
        </w:tc>
      </w:tr>
      <w:tr>
        <w:tc>
          <w:tcPr>
            <w:tcW w:type="dxa" w:w="7013"/>
          </w:tcPr>
          <w:p>
            <w:r>
              <w:rPr>
                <w:sz w:val="17"/>
              </w:rPr>
              <w:t>catalog_pages_covered</w:t>
            </w:r>
          </w:p>
        </w:tc>
        <w:tc>
          <w:tcPr>
            <w:tcW w:type="dxa" w:w="7013"/>
          </w:tcPr>
          <w:p>
            <w:r>
              <w:rPr>
                <w:sz w:val="17"/>
              </w:rPr>
              <w:t>48</w:t>
            </w:r>
          </w:p>
        </w:tc>
      </w:tr>
      <w:tr>
        <w:tc>
          <w:tcPr>
            <w:tcW w:type="dxa" w:w="7013"/>
          </w:tcPr>
          <w:p>
            <w:r>
              <w:rPr>
                <w:sz w:val="17"/>
              </w:rPr>
              <w:t>total_records_products</w:t>
            </w:r>
          </w:p>
        </w:tc>
        <w:tc>
          <w:tcPr>
            <w:tcW w:type="dxa" w:w="7013"/>
          </w:tcPr>
          <w:p>
            <w:r>
              <w:rPr>
                <w:sz w:val="17"/>
              </w:rPr>
              <w:t>73</w:t>
            </w:r>
          </w:p>
        </w:tc>
      </w:tr>
      <w:tr>
        <w:tc>
          <w:tcPr>
            <w:tcW w:type="dxa" w:w="7013"/>
          </w:tcPr>
          <w:p>
            <w:r>
              <w:rPr>
                <w:sz w:val="17"/>
              </w:rPr>
              <w:t>unique_products_with_source_page</w:t>
            </w:r>
          </w:p>
        </w:tc>
        <w:tc>
          <w:tcPr>
            <w:tcW w:type="dxa" w:w="7013"/>
          </w:tcPr>
          <w:p>
            <w:r>
              <w:rPr>
                <w:sz w:val="17"/>
              </w:rPr>
              <w:t>66</w:t>
            </w:r>
          </w:p>
        </w:tc>
      </w:tr>
      <w:tr>
        <w:tc>
          <w:tcPr>
            <w:tcW w:type="dxa" w:w="7013"/>
          </w:tcPr>
          <w:p>
            <w:r>
              <w:rPr>
                <w:sz w:val="17"/>
              </w:rPr>
              <w:t>listed_only_placeholders</w:t>
            </w:r>
          </w:p>
        </w:tc>
        <w:tc>
          <w:tcPr>
            <w:tcW w:type="dxa" w:w="7013"/>
          </w:tcPr>
          <w:p>
            <w:r>
              <w:rPr>
                <w:sz w:val="17"/>
              </w:rPr>
              <w:t>7</w:t>
            </w:r>
          </w:p>
        </w:tc>
      </w:tr>
      <w:tr>
        <w:tc>
          <w:tcPr>
            <w:tcW w:type="dxa" w:w="7013"/>
          </w:tcPr>
          <w:p>
            <w:r>
              <w:rPr>
                <w:sz w:val="17"/>
              </w:rPr>
              <w:t>total_variants</w:t>
            </w:r>
          </w:p>
        </w:tc>
        <w:tc>
          <w:tcPr>
            <w:tcW w:type="dxa" w:w="7013"/>
          </w:tcPr>
          <w:p>
            <w:r>
              <w:rPr>
                <w:sz w:val="17"/>
              </w:rPr>
              <w:t>36</w:t>
            </w:r>
          </w:p>
        </w:tc>
      </w:tr>
      <w:tr>
        <w:tc>
          <w:tcPr>
            <w:tcW w:type="dxa" w:w="7013"/>
          </w:tcPr>
          <w:p>
            <w:r>
              <w:rPr>
                <w:sz w:val="17"/>
              </w:rPr>
              <w:t>complete_assemblies</w:t>
            </w:r>
          </w:p>
        </w:tc>
        <w:tc>
          <w:tcPr>
            <w:tcW w:type="dxa" w:w="7013"/>
          </w:tcPr>
          <w:p>
            <w:r>
              <w:rPr>
                <w:sz w:val="17"/>
              </w:rPr>
              <w:t>16</w:t>
            </w:r>
          </w:p>
        </w:tc>
      </w:tr>
      <w:tr>
        <w:tc>
          <w:tcPr>
            <w:tcW w:type="dxa" w:w="7013"/>
          </w:tcPr>
          <w:p>
            <w:r>
              <w:rPr>
                <w:sz w:val="17"/>
              </w:rPr>
              <w:t>individual_components</w:t>
            </w:r>
          </w:p>
        </w:tc>
        <w:tc>
          <w:tcPr>
            <w:tcW w:type="dxa" w:w="7013"/>
          </w:tcPr>
          <w:p>
            <w:r>
              <w:rPr>
                <w:sz w:val="17"/>
              </w:rPr>
              <w:t>23</w:t>
            </w:r>
          </w:p>
        </w:tc>
      </w:tr>
      <w:tr>
        <w:tc>
          <w:tcPr>
            <w:tcW w:type="dxa" w:w="701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7013"/>
          </w:tcPr>
          <w:p>
            <w:r>
              <w:rPr>
                <w:sz w:val="17"/>
              </w:rPr>
              <w:t>27</w:t>
            </w:r>
          </w:p>
        </w:tc>
      </w:tr>
      <w:tr>
        <w:tc>
          <w:tcPr>
            <w:tcW w:type="dxa" w:w="7013"/>
          </w:tcPr>
          <w:p>
            <w:r>
              <w:rPr>
                <w:sz w:val="17"/>
              </w:rPr>
              <w:t>templates</w:t>
            </w:r>
          </w:p>
        </w:tc>
        <w:tc>
          <w:tcPr>
            <w:tcW w:type="dxa" w:w="7013"/>
          </w:tcPr>
          <w:p>
            <w:r>
              <w:rPr>
                <w:sz w:val="17"/>
              </w:rPr>
              <w:t>1</w:t>
            </w:r>
          </w:p>
        </w:tc>
      </w:tr>
      <w:tr>
        <w:tc>
          <w:tcPr>
            <w:tcW w:type="dxa" w:w="7013"/>
          </w:tcPr>
          <w:p>
            <w:r>
              <w:rPr>
                <w:sz w:val="17"/>
              </w:rPr>
              <w:t>material_records</w:t>
            </w:r>
          </w:p>
        </w:tc>
        <w:tc>
          <w:tcPr>
            <w:tcW w:type="dxa" w:w="7013"/>
          </w:tcPr>
          <w:p>
            <w:r>
              <w:rPr>
                <w:sz w:val="17"/>
              </w:rPr>
              <w:t>13</w:t>
            </w:r>
          </w:p>
        </w:tc>
      </w:tr>
      <w:tr>
        <w:tc>
          <w:tcPr>
            <w:tcW w:type="dxa" w:w="7013"/>
          </w:tcPr>
          <w:p>
            <w:r>
              <w:rPr>
                <w:sz w:val="17"/>
              </w:rPr>
              <w:t>appearance_options</w:t>
            </w:r>
          </w:p>
        </w:tc>
        <w:tc>
          <w:tcPr>
            <w:tcW w:type="dxa" w:w="7013"/>
          </w:tcPr>
          <w:p>
            <w:r>
              <w:rPr>
                <w:sz w:val="17"/>
              </w:rPr>
              <w:t>9</w:t>
            </w:r>
          </w:p>
        </w:tc>
      </w:tr>
      <w:tr>
        <w:tc>
          <w:tcPr>
            <w:tcW w:type="dxa" w:w="7013"/>
          </w:tcPr>
          <w:p>
            <w:r>
              <w:rPr>
                <w:sz w:val="17"/>
              </w:rPr>
              <w:t>evidence_records</w:t>
            </w:r>
          </w:p>
        </w:tc>
        <w:tc>
          <w:tcPr>
            <w:tcW w:type="dxa" w:w="7013"/>
          </w:tcPr>
          <w:p>
            <w:r>
              <w:rPr>
                <w:sz w:val="17"/>
              </w:rPr>
              <w:t>17</w:t>
            </w:r>
          </w:p>
        </w:tc>
      </w:tr>
      <w:tr>
        <w:tc>
          <w:tcPr>
            <w:tcW w:type="dxa" w:w="7013"/>
          </w:tcPr>
          <w:p>
            <w:r>
              <w:rPr>
                <w:sz w:val="17"/>
              </w:rPr>
              <w:t>discrepancies_open</w:t>
            </w:r>
          </w:p>
        </w:tc>
        <w:tc>
          <w:tcPr>
            <w:tcW w:type="dxa" w:w="7013"/>
          </w:tcPr>
          <w:p>
            <w:r>
              <w:rPr>
                <w:sz w:val="17"/>
              </w:rPr>
              <w:t>24</w:t>
            </w:r>
          </w:p>
        </w:tc>
      </w:tr>
      <w:tr>
        <w:tc>
          <w:tcPr>
            <w:tcW w:type="dxa" w:w="7013"/>
          </w:tcPr>
          <w:p>
            <w:r>
              <w:rPr>
                <w:sz w:val="17"/>
              </w:rPr>
              <w:t>geometry_complete</w:t>
            </w:r>
          </w:p>
        </w:tc>
        <w:tc>
          <w:tcPr>
            <w:tcW w:type="dxa" w:w="7013"/>
          </w:tcPr>
          <w:p>
            <w:r>
              <w:rPr>
                <w:sz w:val="17"/>
              </w:rPr>
              <w:t>17</w:t>
            </w:r>
          </w:p>
        </w:tc>
      </w:tr>
      <w:tr>
        <w:tc>
          <w:tcPr>
            <w:tcW w:type="dxa" w:w="7013"/>
          </w:tcPr>
          <w:p>
            <w:r>
              <w:rPr>
                <w:sz w:val="17"/>
              </w:rPr>
              <w:t>geometry_partial</w:t>
            </w:r>
          </w:p>
        </w:tc>
        <w:tc>
          <w:tcPr>
            <w:tcW w:type="dxa" w:w="7013"/>
          </w:tcPr>
          <w:p>
            <w:r>
              <w:rPr>
                <w:sz w:val="17"/>
              </w:rPr>
              <w:t>15</w:t>
            </w:r>
          </w:p>
        </w:tc>
      </w:tr>
      <w:tr>
        <w:tc>
          <w:tcPr>
            <w:tcW w:type="dxa" w:w="7013"/>
          </w:tcPr>
          <w:p>
            <w:r>
              <w:rPr>
                <w:sz w:val="17"/>
              </w:rPr>
              <w:t>geometry_envelope_only</w:t>
            </w:r>
          </w:p>
        </w:tc>
        <w:tc>
          <w:tcPr>
            <w:tcW w:type="dxa" w:w="7013"/>
          </w:tcPr>
          <w:p>
            <w:r>
              <w:rPr>
                <w:sz w:val="17"/>
              </w:rPr>
              <w:t>30</w:t>
            </w:r>
          </w:p>
        </w:tc>
      </w:tr>
      <w:tr>
        <w:tc>
          <w:tcPr>
            <w:tcW w:type="dxa" w:w="7013"/>
          </w:tcPr>
          <w:p>
            <w:r>
              <w:rPr>
                <w:sz w:val="17"/>
              </w:rPr>
              <w:t>geometry_none</w:t>
            </w:r>
          </w:p>
        </w:tc>
        <w:tc>
          <w:tcPr>
            <w:tcW w:type="dxa" w:w="7013"/>
          </w:tcPr>
          <w:p>
            <w:r>
              <w:rPr>
                <w:sz w:val="17"/>
              </w:rPr>
              <w:t>11</w:t>
            </w:r>
          </w:p>
        </w:tc>
      </w:tr>
      <w:tr>
        <w:tc>
          <w:tcPr>
            <w:tcW w:type="dxa" w:w="7013"/>
          </w:tcPr>
          <w:p>
            <w:r>
              <w:rPr>
                <w:sz w:val="17"/>
              </w:rPr>
              <w:t>engineer_review_required_products</w:t>
            </w:r>
          </w:p>
        </w:tc>
        <w:tc>
          <w:tcPr>
            <w:tcW w:type="dxa" w:w="7013"/>
          </w:tcPr>
          <w:p>
            <w:r>
              <w:rPr>
                <w:sz w:val="17"/>
              </w:rPr>
              <w:t>27</w:t>
            </w:r>
          </w:p>
        </w:tc>
      </w:tr>
      <w:tr>
        <w:tc>
          <w:tcPr>
            <w:tcW w:type="dxa" w:w="7013"/>
          </w:tcPr>
          <w:p>
            <w:r>
              <w:rPr>
                <w:sz w:val="17"/>
              </w:rPr>
              <w:t>engineer_review_required_variants</w:t>
            </w:r>
          </w:p>
        </w:tc>
        <w:tc>
          <w:tcPr>
            <w:tcW w:type="dxa" w:w="7013"/>
          </w:tcPr>
          <w:p>
            <w:r>
              <w:rPr>
                <w:sz w:val="17"/>
              </w:rPr>
              <w:t>23</w:t>
            </w:r>
          </w:p>
        </w:tc>
      </w:tr>
    </w:tbl>
    <w:p/>
    <w:p>
      <w:pPr>
        <w:pStyle w:val="Heading1"/>
      </w:pPr>
      <w:r>
        <w:t>2. Proposed Category Tree / Дерево категорий</w:t>
      </w:r>
    </w:p>
    <w:p>
      <w:r>
        <w:rPr>
          <w:b/>
        </w:rPr>
        <w:t>IBIPC › Barriers  (CAT-BAR) — Urban / perimeter safety barriers (benches, seats, flower boxes)</w:t>
      </w:r>
    </w:p>
    <w:p>
      <w:pPr>
        <w:pStyle w:val="ListBullet"/>
      </w:pPr>
      <w:r>
        <w:t>Safety Barriers / Urban Protection: IBIPC-BAR-001 Ballistic Concrete Bench, IBIPC-BAR-002 Ballistic Concrete Flower Box, IBIPC-BAR-003 Ground-based plate (Flower Box base), IBIPC-BAR-004 Ballistic Seat</w:t>
      </w:r>
    </w:p>
    <w:p>
      <w:pPr>
        <w:pStyle w:val="ListBullet"/>
      </w:pPr>
      <w:r>
        <w:t>Litter Bins: IBIPC-BAR-005 BLAST RESISTANT MOBILE LITTER BINS</w:t>
      </w:r>
    </w:p>
    <w:p>
      <w:r>
        <w:rPr>
          <w:b/>
        </w:rPr>
        <w:t>IBIPC › Ballistic Walls  (CAT-WAL) — Стены и мобильные T-стены</w:t>
      </w:r>
    </w:p>
    <w:p>
      <w:pPr>
        <w:pStyle w:val="ListBullet"/>
      </w:pPr>
      <w:r>
        <w:t>Ballistic Wall Systems: IBIPC-WAL-001 Ballistic Wall</w:t>
      </w:r>
    </w:p>
    <w:p>
      <w:pPr>
        <w:pStyle w:val="ListBullet"/>
      </w:pPr>
      <w:r>
        <w:t>Mobile T-Walls: IBIPC-WAL-002 Mobile T-Wall</w:t>
      </w:r>
    </w:p>
    <w:p>
      <w:r>
        <w:rPr>
          <w:b/>
        </w:rPr>
        <w:t>IBIPC › Roadblocks  (CAT-RDB) — Restraint systems / заграждения</w:t>
      </w:r>
    </w:p>
    <w:p>
      <w:pPr>
        <w:pStyle w:val="ListBullet"/>
      </w:pPr>
      <w:r>
        <w:t>Concrete Pyramids: IBIPC-RDB-001 Concrete Pyramid</w:t>
      </w:r>
    </w:p>
    <w:p>
      <w:pPr>
        <w:pStyle w:val="ListBullet"/>
      </w:pPr>
      <w:r>
        <w:t>Mobile Roadblock STING: IBIPC-RDB-002 Mobile Roadblock STING</w:t>
      </w:r>
    </w:p>
    <w:p>
      <w:pPr>
        <w:pStyle w:val="ListBullet"/>
      </w:pPr>
      <w:r>
        <w:t>Accessories: IBIPC-RDB-010 Ship's shackle, IBIPC-RDB-011 Nautical anchor chain</w:t>
      </w:r>
    </w:p>
    <w:p>
      <w:r>
        <w:rPr>
          <w:b/>
        </w:rPr>
        <w:t>IBIPC › Structural Components  (CAT-STR) — Универсальный сегмент, крышки, швы, проёмы, плиты усиления</w:t>
      </w:r>
    </w:p>
    <w:p>
      <w:pPr>
        <w:pStyle w:val="ListBullet"/>
      </w:pPr>
      <w:r>
        <w:t>Universal Construction System: IBIPC-STR-001 Universal Construction Segment</w:t>
      </w:r>
    </w:p>
    <w:p>
      <w:pPr>
        <w:pStyle w:val="ListBullet"/>
      </w:pPr>
      <w:r>
        <w:t>Lids / End Walls: IBIPC-STR-010 End Lid I – door, IBIPC-STR-011 End Lid II – slit / embrasure, IBIPC-STR-017 Safety partition (Ammo Depot / Command Bunker)</w:t>
      </w:r>
    </w:p>
    <w:p>
      <w:pPr>
        <w:pStyle w:val="ListBullet"/>
      </w:pPr>
      <w:r>
        <w:t>Joints / Seals: IBIPC-STR-012 Rubber seal (segment joint)</w:t>
      </w:r>
    </w:p>
    <w:p>
      <w:pPr>
        <w:pStyle w:val="ListBullet"/>
      </w:pPr>
      <w:r>
        <w:t>Openings / Embrasures / Slits: IBIPC-STR-013 Stepped embrasure (±28°), IBIPC-STR-014 Observation slit, IBIPC-STR-015 Escape hatch / emergency exit, IBIPC-STR-016 Pass-through opening Ø50 mm</w:t>
      </w:r>
    </w:p>
    <w:p>
      <w:pPr>
        <w:pStyle w:val="ListBullet"/>
      </w:pPr>
      <w:r>
        <w:t>Building Reinforcement: IBIPC-STR-020 Ballistic Plate</w:t>
      </w:r>
    </w:p>
    <w:p>
      <w:r>
        <w:rPr>
          <w:b/>
        </w:rPr>
        <w:t>IBIPC › Bunkers  (CAT-BNK) — Тактические и стратегические бункеры (сборки)</w:t>
      </w:r>
    </w:p>
    <w:p>
      <w:pPr>
        <w:pStyle w:val="ListBullet"/>
      </w:pPr>
      <w:r>
        <w:t>Tactical Level: IBIPC-BNK-001 Checkpoint, IBIPC-BNK-002 Mobile Bunker, IBIPC-BNK-003 Basic Infantry Bunker, IBIPC-BNK-004 Extended Infantry Bunker – 4 riflemen, IBIPC-BNK-005 Extended Infantry Bunker – 8 riflemen, IBIPC-BNK-006 Inter-Operational Ammunition Depot, IBIPC-BNK-007 Ammo Bunker / Operative Ammunition Bunker, IBIPC-BNK-008 Medic Bunker</w:t>
      </w:r>
    </w:p>
    <w:p>
      <w:pPr>
        <w:pStyle w:val="ListBullet"/>
      </w:pPr>
      <w:r>
        <w:t>Operational Level: IBIPC-BNK-011 Command Bunker, IBIPC-BNK-020 PANIC ROOM, IBIPC-BNK-021 MILITARY DEFENSE BUNKER, IBIPC-BNK-022 INVACUATION BUNKER, IBIPC-BNK-023 Emergency Shelter, IBIPC-BNK-024 Hardened safety bunker</w:t>
      </w:r>
    </w:p>
    <w:p>
      <w:pPr>
        <w:pStyle w:val="ListBullet"/>
      </w:pPr>
      <w:r>
        <w:t>Strategic Level: IBIPC-BNK-009 Class A Hardened Infantry Bunker, IBIPC-BNK-010 Class B Hardened Infantry Bunker</w:t>
      </w:r>
    </w:p>
    <w:p>
      <w:r>
        <w:rPr>
          <w:b/>
        </w:rPr>
        <w:t>IBIPC › Shelters  (CAT-SHL) — Укрытия для персонала и гражданской обороны</w:t>
      </w:r>
    </w:p>
    <w:p>
      <w:pPr>
        <w:pStyle w:val="ListBullet"/>
      </w:pPr>
      <w:r>
        <w:t>Underground Shelters: IBIPC-SHL-001 Underground Shelter</w:t>
      </w:r>
    </w:p>
    <w:p>
      <w:pPr>
        <w:pStyle w:val="ListBullet"/>
      </w:pPr>
      <w:r>
        <w:t>Civil Defence Shelters: IBIPC-SHL-002 Civil Defence Shelter</w:t>
      </w:r>
    </w:p>
    <w:p>
      <w:pPr>
        <w:pStyle w:val="ListBullet"/>
      </w:pPr>
      <w:r>
        <w:t>Hardened Aircraft Shelters: IBIPC-SHL-003 Hardened Aircraft Shelter</w:t>
      </w:r>
    </w:p>
    <w:p>
      <w:r>
        <w:rPr>
          <w:b/>
        </w:rPr>
        <w:t>IBIPC › Complete Systems  (CAT-SYS) — Технические комплексы и проектные шаблоны</w:t>
      </w:r>
    </w:p>
    <w:p>
      <w:pPr>
        <w:pStyle w:val="ListBullet"/>
      </w:pPr>
      <w:r>
        <w:t>Power Supply Bunkers: IBIPC-SYS-001 Bunker for Generators or Cogeneration Units</w:t>
      </w:r>
    </w:p>
    <w:p>
      <w:pPr>
        <w:pStyle w:val="ListBullet"/>
      </w:pPr>
      <w:r>
        <w:t>Data / IT: IBIPC-SYS-003 MODULAR CONTAINER DATA CENTERS</w:t>
      </w:r>
    </w:p>
    <w:p>
      <w:pPr>
        <w:pStyle w:val="ListBullet"/>
      </w:pPr>
      <w:r>
        <w:t>Project-Specific Templates: IBIPC-SYS-002 Custom-Made Bunker Casting</w:t>
      </w:r>
    </w:p>
    <w:p>
      <w:r>
        <w:rPr>
          <w:b/>
        </w:rPr>
        <w:t>IBIPC › Doors  (CAT-DOR) — Баллистические и решётчатые двери</w:t>
      </w:r>
    </w:p>
    <w:p>
      <w:pPr>
        <w:pStyle w:val="ListBullet"/>
      </w:pPr>
      <w:r>
        <w:t>Ballistic Doors: IBIPC-DOR-001 Sandwich Ballistic-Resistant Door</w:t>
      </w:r>
    </w:p>
    <w:p>
      <w:pPr>
        <w:pStyle w:val="ListBullet"/>
      </w:pPr>
      <w:r>
        <w:t>Barred Doors: IBIPC-DOR-002 Barred Door</w:t>
      </w:r>
    </w:p>
    <w:p>
      <w:r>
        <w:rPr>
          <w:b/>
        </w:rPr>
        <w:t>IBIPC › Cable Protection  (CAT-CAB) — Тоннели для защиты кабелей</w:t>
      </w:r>
    </w:p>
    <w:p>
      <w:pPr>
        <w:pStyle w:val="ListBullet"/>
      </w:pPr>
      <w:r>
        <w:t>Cable Tunnels: IBIPC-CAB-001 Cable Protection Tunnel</w:t>
      </w:r>
    </w:p>
    <w:p>
      <w:r>
        <w:rPr>
          <w:b/>
        </w:rPr>
        <w:t>IBIPC › Ventilation / CBRN  (CAT-VEN) — Фильтровентиляционные установки и фильтры</w:t>
      </w:r>
    </w:p>
    <w:p>
      <w:pPr>
        <w:pStyle w:val="ListBullet"/>
      </w:pPr>
      <w:r>
        <w:t>Filter-Ventilation Units: IBIPC-VEN-001 Firbach 50, IBIPC-VEN-002 Firbach 100, IBIPC-VEN-003 Firbach 300, IBIPC-VEN-004 FV-400 air filter-ventilation unit</w:t>
      </w:r>
    </w:p>
    <w:p>
      <w:pPr>
        <w:pStyle w:val="ListBullet"/>
      </w:pPr>
      <w:r>
        <w:t>Filters: IBIPC-VEN-005 NANOPASARAN FILTER – CBRN PROTECTION</w:t>
      </w:r>
    </w:p>
    <w:p>
      <w:pPr>
        <w:pStyle w:val="ListBullet"/>
      </w:pPr>
      <w:r>
        <w:t>Modular Ventilation: IBIPC-VEN-006 Modular system of air ventilation and CBRN filtration</w:t>
      </w:r>
    </w:p>
    <w:p>
      <w:r>
        <w:rPr>
          <w:b/>
        </w:rPr>
        <w:t>IBIPC › Technical Components  (CAT-TEC) — Отдельные технические компоненты и оборудование-прокси</w:t>
      </w:r>
    </w:p>
    <w:p>
      <w:pPr>
        <w:pStyle w:val="ListBullet"/>
      </w:pPr>
      <w:r>
        <w:t>Robust Components: IBIPC-TEC-001 HPF coarse dust filter, IBIPC-TEC-002 Liquid column air pressure manometer, IBIPC-TEC-003 Robust gas-tight valve / regulatory flap – TEMP-A (square flange), IBIPC-TEC-004 Robust gas-tight valve / regulatory flap – TEMP-B (round flange, lever), IBIPC-TEC-005 Robust gas-tight valve / regulatory flap – TEMP-C (handwheel), IBIPC-TEC-006 Centrifugal fan VA 300, IBIPC-TEC-007 Air mass flow meter</w:t>
      </w:r>
    </w:p>
    <w:p>
      <w:pPr>
        <w:pStyle w:val="ListBullet"/>
      </w:pPr>
      <w:r>
        <w:t>Power / Energy: IBIPC-TEC-014 Battery, IBIPC-TEC-015 Generator, IBIPC-TEC-016 Cogeneration unit</w:t>
      </w:r>
    </w:p>
    <w:p>
      <w:pPr>
        <w:pStyle w:val="ListBullet"/>
      </w:pPr>
      <w:r>
        <w:t>Water / Sanitary: IBIPC-TEC-017 Stainless steel water tank, IBIPC-TEC-018 Chemical WC</w:t>
      </w:r>
    </w:p>
    <w:p>
      <w:pPr>
        <w:pStyle w:val="ListBullet"/>
      </w:pPr>
      <w:r>
        <w:t>Air Handling Parts: IBIPC-TEC-008 Anti-blast valve / overpressure valve, IBIPC-TEC-009 Depressurized shut-off valve with ballistic protection, IBIPC-TEC-010 Damper, IBIPC-TEC-011 Ventilator (6,000 m³/h fan), IBIPC-TEC-012 Intake / exhaust filter (G3 / EU3), IBIPC-TEC-013 Exhaust muffler</w:t>
      </w:r>
    </w:p>
    <w:p>
      <w:pPr>
        <w:pStyle w:val="ListBullet"/>
      </w:pPr>
      <w:r>
        <w:t>Glazing: IBIPC-TEC-019 Bullet-proof glass slit (frame + glass + glass retainer)</w:t>
      </w:r>
    </w:p>
    <w:p>
      <w:pPr>
        <w:pStyle w:val="ListBullet"/>
      </w:pPr>
      <w:r>
        <w:t>Access / Interior: IBIPC-TEC-020 Ladder (escape), IBIPC-TEC-021 Storage (supplies)</w:t>
      </w:r>
    </w:p>
    <w:p>
      <w:r>
        <w:rPr>
          <w:b/>
        </w:rPr>
        <w:t>IBIPC › Materials  (CAT-MAT) — Материалы (без геометрии)</w:t>
      </w:r>
    </w:p>
    <w:p>
      <w:pPr>
        <w:pStyle w:val="ListBullet"/>
      </w:pPr>
      <w:r>
        <w:t>Concrete / UHPFRC: —</w:t>
      </w:r>
    </w:p>
    <w:p>
      <w:pPr>
        <w:pStyle w:val="ListBullet"/>
      </w:pPr>
      <w:r>
        <w:t>Armor Steel: —</w:t>
      </w:r>
    </w:p>
    <w:p>
      <w:pPr>
        <w:pStyle w:val="ListBullet"/>
      </w:pPr>
      <w:r>
        <w:t>Other: —</w:t>
      </w:r>
    </w:p>
    <w:p>
      <w:pPr>
        <w:pStyle w:val="Heading1"/>
      </w:pPr>
      <w:r>
        <w:t>3. Full Product List / Полный список изделий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53"/>
        <w:gridCol w:w="1753"/>
        <w:gridCol w:w="1753"/>
        <w:gridCol w:w="1753"/>
        <w:gridCol w:w="1753"/>
        <w:gridCol w:w="1753"/>
        <w:gridCol w:w="1753"/>
        <w:gridCol w:w="1753"/>
      </w:tblGrid>
      <w:tr>
        <w:tc>
          <w:tcPr>
            <w:tcW w:type="dxa" w:w="1753"/>
          </w:tcPr>
          <w:p>
            <w:r>
              <w:rPr>
                <w:sz w:val="17"/>
              </w:rPr>
              <w:t>IBIPC_ID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Official name (catalog)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Cat. No.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Type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Model type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Geometry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Pages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IBIPC-BAR-001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BALLISTIC CONCRETE BENCHES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01 (BALLISTIC BENCH.)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EXACT_PARAMETRIC_COMPONENT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7, 5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IBIPC-BAR-002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BALLISTIC CONCRETE FLOWER BOXES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03 (FLOWER BOX.)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EXACT_PARAMETRIC_COMPONENT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8, 5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IBIPC-BAR-003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Ground-based plate (Flower Box base)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8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ENGINEER_REVIEW_REQUIRED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IBIPC-BAR-004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BALLISTIC SEATS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02 (BALLISTIC SEAT.)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EXACT_PARAMETRIC_COMPONENT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9, 5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IBIPC-BAR-005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BLAST RESISTANT MOBILE LITTER BINS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08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NO_SOURCE_GEOMETRY_LISTED_ONLY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NONE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ENGINEER_REVIEW_REQUIRED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IBIPC-WAL-001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BALLISTIC WALLS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04 (BALISTIC WALL.)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PARTIAL_ENGINEERING_MODEL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10, 5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ENGINEER_REVIEW_REQUIRED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IBIPC-WAL-002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MOBILE T - WALLS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05 (BALLISTIC MOBILE T-WALL.)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EXACT_PARAMETRIC_COMPONENT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32, 5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IBIPC-RDB-001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CONCRETE PYRAMID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06 (MOBILE ROADBLOCK - PYRAMID.)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EXACT_PARAMETRIC_COMPONENT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35, 5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IBIPC-RDB-002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MOBILE ROADBLOCK – STING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07 (MOBILE ROADBLOCK - STING.)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PARTIAL_ENGINEERING_MODEL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36, 5, 43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IBIPC-RDB-010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Ship's shackle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ACCESSORY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NONE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35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IBIPC-RDB-011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Nautical anchor chain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ACCESSORY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NONE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35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IBIPC-STR-001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UNIVERSAL CONSTRUCTION SEGMENT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EXACT_PARAMETRIC_COMPONENT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11, 44, 42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IBIPC-STR-010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End Lid with door opening (LID I)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PARTIAL_ENGINEERING_MODEL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12, 13, 27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ENGINEER_REVIEW_REQUIRED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IBIPC-STR-011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End Lid with observation slit / embrasure (LID II)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PARTIAL_ENGINEERING_MODEL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12, 13, 27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ENGINEER_REVIEW_REQUIRED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IBIPC-STR-012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Rubber seal (segment joint)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IBIPC-STR-013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Stepped embrasure (±28°)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OPENING_FEATURE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PARTIAL_ENGINEERING_MODEL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12, 13, 14, 15, 16, 32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ENGINEER_REVIEW_REQUIRED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IBIPC-STR-014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Observation slit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OPENING_FEATURE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PARTIAL_ENGINEERING_MODEL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12, 13, 14, 15, 16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IBIPC-STR-015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Escape hatch / emergency exit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OPENING_FEATURE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PARTIAL_ENGINEERING_MODEL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13, 22, 27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ENGINEER_REVIEW_REQUIRED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IBIPC-STR-016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Pass-through opening Ø50 mm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OPENING_FEATURE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EXACT_PARAMETRIC_COMPONENT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12, 13, 27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IBIPC-STR-017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Safety partition (Ammo Depot / Command Bunker)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PARTIAL_ENGINEERING_MODEL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17, 28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IBIPC-STR-020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BALISTIC PLATES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09 (BALLISTIC SHIELDS TO REINFORCE THE BUILDING.)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EXACT_PARAMETRIC_COMPONENT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34, 5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IBIPC-CAB-001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TUNNELS TO PROTECT HIGH PRIORITY CABLES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10 (TUNNELS TO PROTECT HIGH PRIORITY CABLES.)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PARTIAL_ENGINEERING_MODEL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33, 5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ENGINEER_REVIEW_REQUIRED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IBIPC-DOR-001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SANDWICH BALLISTIC-RESISTANT DOORS. ARMORED AND CAST IN UHPFRC.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EXACT_PARAMETRIC_COMPONENT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20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IBIPC-DOR-002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Barred doors made of high strength steel (OPENABLE DOOR WITH BAR)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22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IBIPC-BNK-001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CHECKPOINTS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11 (CHECKPOINT.)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EXACT_ASSEMBLY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12, 5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IBIPC-BNK-002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MOBILE BUNKERS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12 (MOBIL BUNKER.)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EXACT_ASSEMBLY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13, 5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IBIPC-BNK-003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BASIC INFANTRY BUNKER. FOR THREE RIFLEMEN, TO PROTECT A SIX-MAN SQUAD.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13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EXACT_ASSEMBLY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14, 5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IBIPC-BNK-004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EXTENDED INFANTRY BUNKER. FOR FOUR RIFLEMEN, TO PROTECT A 10-MAN SQUAD.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14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EXACT_ASSEMBLY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15, 5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IBIPC-BNK-005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EXTENDED INFANTRY BUNKER. FOR EIGHT RIFLEMEN, TO PROTECT A 10-MAN SQUAD.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15 (EXTENDED INFANTRY BUNKER FOR SQUAD.)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EXACT_ASSEMBLY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16, 5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ENGINEER_REVIEW_REQUIRED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IBIPC-BNK-006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INTER-OPERATIONAL AMMUNITION DEPOT. TO STORE AMMO AT TRANSSHIPMENT POINTS.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16 (INTER-OPERATIVE AMMUNITION BUNKER.)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EXACT_ASSEMBLY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17, 5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ENGINEER_REVIEW_REQUIRED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IBIPC-BNK-007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AMMO BUNKER.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18 (OPERATIVE AMMUNITION BUNKER.)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EXACT_ASSEMBLY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18, 5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ENGINEER_REVIEW_REQUIRED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IBIPC-BNK-008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MEDIC BUNKER.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17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EXACT_ASSEMBLY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19, 5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IBIPC-BNK-009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CLASS A HARDENED INFANTRY BUNKER. TO CONDUCT COMBAT OPERATIONS.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27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PARTIAL_ENGINEERING_MODEL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24, 26, 5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ENGINEER_REVIEW_REQUIRED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IBIPC-BNK-010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CLASS B HARDENED INFANTRY BUNKER. PERSONNEL PROTECTION.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28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PARTIAL_ENGINEERING_MODEL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25, 26, 5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ENGINEER_REVIEW_REQUIRED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IBIPC-BNK-011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COMMAND BUNKER. LEADING TACTICAL - OPERATIONAL CONTROL STATION.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20 (COMMAND BUNKER.) — дубль номера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EXACT_ASSEMBLY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28, 5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ENGINEER_REVIEW_REQUIRED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IBIPC-BNK-020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PANIC ROOM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10 (дубль)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NO_SOURCE_GEOMETRY_LISTED_ONLY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NONE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ENGINEER_REVIEW_REQUIRED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IBIPC-BNK-021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MILITARY DEFENSE BUNKER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NO_SOURCE_GEOMETRY_LISTED_ONLY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NONE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ENGINEER_REVIEW_REQUIRED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IBIPC-BNK-022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INVACUATION BUNKER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23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NO_SOURCE_GEOMETRY_LISTED_ONLY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NONE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5, 38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ENGINEER_REVIEW_REQUIRED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IBIPC-BNK-023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Emergency Shelter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NO_SOURCE_GEOMETRY_LISTED_ONLY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NONE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38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ENGINEER_REVIEW_REQUIRED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IBIPC-BNK-024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Hardened safety bunker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NO_SOURCE_GEOMETRY_LISTED_ONLY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NONE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38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ENGINEER_REVIEW_REQUIRED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IBIPC-SHL-001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UNDERGROUND SHELTERS.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19 (UNDERGROUND BUNKER.)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PARTIAL_ENGINEERING_MODEL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22, 5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ENGINEER_REVIEW_REQUIRED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IBIPC-SHL-002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CIVIL DEFENCE SHELTERS.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20 (CIVIL DEFENSE SHELTER.)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EXACT_ASSEMBLY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27, 5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ENGINEER_REVIEW_REQUIRED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IBIPC-SHL-003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HARDENED AIRCRAFT SHELTERS.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NONE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29, 5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ENGINEER_REVIEW_REQUIRED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IBIPC-SYS-001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BUNKER FOR GENERATORS OR COGENERATION UNITS. SITE FOR SECURE POWER DELIVERY.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24 / 25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EXACT_ASSEMBLY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23, 5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ENGINEER_REVIEW_REQUIRED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IBIPC-SYS-002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CUSTOM-MADE BUNKER CASTING. INTO REINFORCEMENT BY THE PROJECT.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26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TEMPLATE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PROJECT_SPECIFIC_TEMPLATE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NONE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21, 5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IBIPC-SYS-003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MODULAR CONTAINER DATA CENTERS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22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NO_SOURCE_GEOMETRY_LISTED_ONLY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NONE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ENGINEER_REVIEW_REQUIRED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IBIPC-VEN-001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Firbach 50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EXACT_PARAMETRIC_COMPONENT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31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IBIPC-VEN-002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Firbach 100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EXACT_PARAMETRIC_COMPONENT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22, 30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IBIPC-VEN-003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Firbach 300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30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IBIPC-VEN-004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FV-400 air filter-ventilation unit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31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IBIPC-VEN-005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NANOPASARAN FILTER – CBRN PROTECTION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30, 31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IBIPC-VEN-006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Modular system of air ventilation and CBRN filtration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30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IBIPC-TEC-001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HPF coarse dust filter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31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IBIPC-TEC-002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Liquid column air pressure manometer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31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IBIPC-TEC-003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Robust gas-tight valve / regulatory flap – TEMP-A (square flange)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31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ENGINEER_REVIEW_REQUIRED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IBIPC-TEC-004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Robust gas-tight valve / regulatory flap – TEMP-B (round flange, lever)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31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ENGINEER_REVIEW_REQUIRED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IBIPC-TEC-005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Robust gas-tight valve / regulatory flap – TEMP-C (handwheel)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31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ENGINEER_REVIEW_REQUIRED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IBIPC-TEC-006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Centrifugal fan VA 300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31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IBIPC-TEC-007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Air mass flow meter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31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IBIPC-TEC-008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Anti-blast valve / overpressure valve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22, 25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IBIPC-TEC-009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Depressurized shut-off valve with ballistic protection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23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IBIPC-TEC-010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Damper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23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IBIPC-TEC-011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Ventilator (6,000 m³/h fan)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23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IBIPC-TEC-012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Intake / exhaust filter (G3 / EU3)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23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IBIPC-TEC-013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Exhaust muffler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23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IBIPC-TEC-014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Battery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22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IBIPC-TEC-015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Generator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22, 23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IBIPC-TEC-016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Cogeneration unit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23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IBIPC-TEC-017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Stainless steel water tank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22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IBIPC-TEC-018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Chemical WC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28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IBIPC-TEC-019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Bullet-proof glass slit (frame + glass + glass retainer)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32, 4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IBIPC-TEC-020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Ladder (escape)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22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  <w:tr>
        <w:tc>
          <w:tcPr>
            <w:tcW w:type="dxa" w:w="1753"/>
          </w:tcPr>
          <w:p>
            <w:r>
              <w:rPr>
                <w:sz w:val="17"/>
              </w:rPr>
              <w:t>IBIPC-TEC-021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Storage (supplies)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TECHNICAL_EQUIPMENT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CONCEPT_ENVELOPE_MODEL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22</w:t>
            </w:r>
          </w:p>
        </w:tc>
        <w:tc>
          <w:tcPr>
            <w:tcW w:type="dxa" w:w="1753"/>
          </w:tcPr>
          <w:p>
            <w:r>
              <w:rPr>
                <w:sz w:val="17"/>
              </w:rPr>
              <w:t>PENDING_HUMAN_REVIEW</w:t>
            </w:r>
          </w:p>
        </w:tc>
      </w:tr>
    </w:tbl>
    <w:p/>
    <w:p>
      <w:pPr>
        <w:pStyle w:val="Heading1"/>
      </w:pPr>
      <w:r>
        <w:t>4. Assemblies / Сборки</w:t>
      </w:r>
    </w:p>
    <w:p>
      <w:r>
        <w:rPr>
          <w:b/>
        </w:rPr>
        <w:t>IBIPC-BNK-001 — CHECKPOINTS</w:t>
      </w:r>
    </w:p>
    <w:p>
      <w:pPr>
        <w:pStyle w:val="ListBullet"/>
      </w:pPr>
      <w:r>
        <w:t>segment_01: IBIPC-STR-001-I TYPE I × 1 [CATALOG_CONFIRMED]</w:t>
      </w:r>
    </w:p>
    <w:p>
      <w:pPr>
        <w:pStyle w:val="ListBullet"/>
      </w:pPr>
      <w:r>
        <w:t>end_lid_door: IBIPC-STR-010 End Lid with door opening (LID I) × 1 [CATALOG_CONFIRMED]</w:t>
      </w:r>
    </w:p>
    <w:p>
      <w:pPr>
        <w:pStyle w:val="ListBullet"/>
      </w:pPr>
      <w:r>
        <w:t>end_lid_slit: IBIPC-STR-011 End Lid with observation slit / embrasure (LID II) × 1 [CATALOG_CONFIRMED]</w:t>
      </w:r>
    </w:p>
    <w:p>
      <w:pPr>
        <w:pStyle w:val="ListBullet"/>
      </w:pPr>
      <w:r>
        <w:t>joint_seal: IBIPC-STR-012 Rubber seal (segment joint) × 2 [DERIVED]</w:t>
      </w:r>
    </w:p>
    <w:p>
      <w:pPr>
        <w:pStyle w:val="ListBullet"/>
      </w:pPr>
      <w:r>
        <w:t>ballistic_door: IBIPC-DOR-001 SANDWICH BALLISTIC-RESISTANT DOORS. ARMORED AND CAST IN UHPFRC. × 1 [CATALOG_CONFIRMED]</w:t>
      </w:r>
    </w:p>
    <w:p>
      <w:pPr>
        <w:pStyle w:val="ListBullet"/>
      </w:pPr>
      <w:r>
        <w:t>ballistic_glass_slit: IBIPC-TEC-019 Bullet-proof glass slit (frame + glass + glass retainer) × 1 [ENGINEER_REVIEW_REQUIRED]</w:t>
      </w:r>
    </w:p>
    <w:p>
      <w:pPr>
        <w:pStyle w:val="ListBullet"/>
      </w:pPr>
      <w:r>
        <w:t>embrasure: IBIPC-STR-013 Stepped embrasure (±28°) × 1 [CATALOG_CONFIRMED]</w:t>
      </w:r>
    </w:p>
    <w:p>
      <w:pPr>
        <w:pStyle w:val="ListBullet"/>
      </w:pPr>
      <w:r>
        <w:t>pass_through: IBIPC-STR-016 Pass-through opening Ø50 mm × 1 [CATALOG_CONFIRMED]</w:t>
      </w:r>
    </w:p>
    <w:p>
      <w:r>
        <w:rPr>
          <w:b/>
        </w:rPr>
        <w:t>IBIPC-BNK-002-2S — 2-segment arrangement</w:t>
      </w:r>
    </w:p>
    <w:p>
      <w:pPr>
        <w:pStyle w:val="ListBullet"/>
      </w:pPr>
      <w:r>
        <w:t>segment_01: IBIPC-STR-001-I TYPE I × 1 [CATALOG_CONFIRMED]</w:t>
      </w:r>
    </w:p>
    <w:p>
      <w:pPr>
        <w:pStyle w:val="ListBullet"/>
      </w:pPr>
      <w:r>
        <w:t>segment_02: IBIPC-STR-001-I TYPE I × 1 [CATALOG_CONFIRMED]</w:t>
      </w:r>
    </w:p>
    <w:p>
      <w:pPr>
        <w:pStyle w:val="ListBullet"/>
      </w:pPr>
      <w:r>
        <w:t>end_lid_door: IBIPC-STR-010 End Lid with door opening (LID I) × 1 [CATALOG_CONFIRMED]</w:t>
      </w:r>
    </w:p>
    <w:p>
      <w:pPr>
        <w:pStyle w:val="ListBullet"/>
      </w:pPr>
      <w:r>
        <w:t>end_lid_slit: IBIPC-STR-011 End Lid with observation slit / embrasure (LID II) × 1 [CATALOG_CONFIRMED]</w:t>
      </w:r>
    </w:p>
    <w:p>
      <w:pPr>
        <w:pStyle w:val="ListBullet"/>
      </w:pPr>
      <w:r>
        <w:t>joint_seal: IBIPC-STR-012 Rubber seal (segment joint) × 3 [DERIVED]</w:t>
      </w:r>
    </w:p>
    <w:p>
      <w:pPr>
        <w:pStyle w:val="ListBullet"/>
      </w:pPr>
      <w:r>
        <w:t>ballistic_door: IBIPC-DOR-001 SANDWICH BALLISTIC-RESISTANT DOORS. ARMORED AND CAST IN UHPFRC. × 1 [CATALOG_CONFIRMED]</w:t>
      </w:r>
    </w:p>
    <w:p>
      <w:pPr>
        <w:pStyle w:val="ListBullet"/>
      </w:pPr>
      <w:r>
        <w:t>escape_hatch: IBIPC-STR-015 Escape hatch / emergency exit × 1 [CATALOG_CONFIRMED]</w:t>
      </w:r>
    </w:p>
    <w:p>
      <w:pPr>
        <w:pStyle w:val="ListBullet"/>
      </w:pPr>
      <w:r>
        <w:t>embrasure: IBIPC-STR-013 Stepped embrasure (±28°) × ? [ENGINEER_REVIEW_REQUIRED]</w:t>
      </w:r>
    </w:p>
    <w:p>
      <w:pPr>
        <w:pStyle w:val="ListBullet"/>
      </w:pPr>
      <w:r>
        <w:t>observation_slit: IBIPC-STR-014 Observation slit × ? [ENGINEER_REVIEW_REQUIRED]</w:t>
      </w:r>
    </w:p>
    <w:p>
      <w:pPr>
        <w:pStyle w:val="ListBullet"/>
      </w:pPr>
      <w:r>
        <w:t>filter_ventilation: IBIPC-VEN-002 Firbach 100 × 1 [ENGINEER_REVIEW_REQUIRED] — Тип ФВУ для сборки не указан</w:t>
      </w:r>
    </w:p>
    <w:p>
      <w:r>
        <w:rPr>
          <w:b/>
        </w:rPr>
        <w:t>IBIPC-BNK-002-3S — 3-segment arrangement</w:t>
      </w:r>
    </w:p>
    <w:p>
      <w:pPr>
        <w:pStyle w:val="ListBullet"/>
      </w:pPr>
      <w:r>
        <w:t>segment_01: IBIPC-STR-001-I TYPE I × 1 [CATALOG_CONFIRMED]</w:t>
      </w:r>
    </w:p>
    <w:p>
      <w:pPr>
        <w:pStyle w:val="ListBullet"/>
      </w:pPr>
      <w:r>
        <w:t>segment_02: IBIPC-STR-001-I TYPE I × 1 [CATALOG_CONFIRMED]</w:t>
      </w:r>
    </w:p>
    <w:p>
      <w:pPr>
        <w:pStyle w:val="ListBullet"/>
      </w:pPr>
      <w:r>
        <w:t>segment_03: IBIPC-STR-001-I TYPE I × 1 [CATALOG_CONFIRMED]</w:t>
      </w:r>
    </w:p>
    <w:p>
      <w:pPr>
        <w:pStyle w:val="ListBullet"/>
      </w:pPr>
      <w:r>
        <w:t>end_lid_door: IBIPC-STR-010 End Lid with door opening (LID I) × 1 [CATALOG_CONFIRMED]</w:t>
      </w:r>
    </w:p>
    <w:p>
      <w:pPr>
        <w:pStyle w:val="ListBullet"/>
      </w:pPr>
      <w:r>
        <w:t>end_lid_slit: IBIPC-STR-011 End Lid with observation slit / embrasure (LID II) × 1 [CATALOG_CONFIRMED]</w:t>
      </w:r>
    </w:p>
    <w:p>
      <w:pPr>
        <w:pStyle w:val="ListBullet"/>
      </w:pPr>
      <w:r>
        <w:t>joint_seal: IBIPC-STR-012 Rubber seal (segment joint) × 4 [DERIVED]</w:t>
      </w:r>
    </w:p>
    <w:p>
      <w:pPr>
        <w:pStyle w:val="ListBullet"/>
      </w:pPr>
      <w:r>
        <w:t>ballistic_door: IBIPC-DOR-001 SANDWICH BALLISTIC-RESISTANT DOORS. ARMORED AND CAST IN UHPFRC. × 1 [CATALOG_CONFIRMED]</w:t>
      </w:r>
    </w:p>
    <w:p>
      <w:pPr>
        <w:pStyle w:val="ListBullet"/>
      </w:pPr>
      <w:r>
        <w:t>escape_hatch: IBIPC-STR-015 Escape hatch / emergency exit × 1 [CATALOG_CONFIRMED]</w:t>
      </w:r>
    </w:p>
    <w:p>
      <w:pPr>
        <w:pStyle w:val="ListBullet"/>
      </w:pPr>
      <w:r>
        <w:t>embrasure: IBIPC-STR-013 Stepped embrasure (±28°) × ? [ENGINEER_REVIEW_REQUIRED]</w:t>
      </w:r>
    </w:p>
    <w:p>
      <w:pPr>
        <w:pStyle w:val="ListBullet"/>
      </w:pPr>
      <w:r>
        <w:t>observation_slit: IBIPC-STR-014 Observation slit × ? [ENGINEER_REVIEW_REQUIRED]</w:t>
      </w:r>
    </w:p>
    <w:p>
      <w:pPr>
        <w:pStyle w:val="ListBullet"/>
      </w:pPr>
      <w:r>
        <w:t>filter_ventilation: IBIPC-VEN-002 Firbach 100 × 1 [ENGINEER_REVIEW_REQUIRED] — Тип ФВУ для сборки не указан</w:t>
      </w:r>
    </w:p>
    <w:p>
      <w:r>
        <w:rPr>
          <w:b/>
        </w:rPr>
        <w:t>IBIPC-BNK-003 — BASIC INFANTRY BUNKER. FOR THREE RIFLEMEN, TO PROTECT A SIX-MAN SQUAD.</w:t>
      </w:r>
    </w:p>
    <w:p>
      <w:pPr>
        <w:pStyle w:val="ListBullet"/>
      </w:pPr>
      <w:r>
        <w:t>segment_01: IBIPC-STR-001-I TYPE I × 1 [CATALOG_CONFIRMED]</w:t>
      </w:r>
    </w:p>
    <w:p>
      <w:pPr>
        <w:pStyle w:val="ListBullet"/>
      </w:pPr>
      <w:r>
        <w:t>end_lid_entrance: IBIPC-STR-010 End Lid with door opening (LID I) × 1 [CATALOG_CONFIRMED]</w:t>
      </w:r>
    </w:p>
    <w:p>
      <w:pPr>
        <w:pStyle w:val="ListBullet"/>
      </w:pPr>
      <w:r>
        <w:t>end_lid_embrasure: IBIPC-STR-011 End Lid with observation slit / embrasure (LID II) × 1 [CATALOG_CONFIRMED]</w:t>
      </w:r>
    </w:p>
    <w:p>
      <w:pPr>
        <w:pStyle w:val="ListBullet"/>
      </w:pPr>
      <w:r>
        <w:t>joint_seal: IBIPC-STR-012 Rubber seal (segment joint) × 2 [DERIVED]</w:t>
      </w:r>
    </w:p>
    <w:p>
      <w:pPr>
        <w:pStyle w:val="ListBullet"/>
      </w:pPr>
      <w:r>
        <w:t>embrasure: IBIPC-STR-013 Stepped embrasure (±28°) × 3 [ENGINEER_REVIEW_REQUIRED] — 3 стрелка → 3 амбразуры (предположение)</w:t>
      </w:r>
    </w:p>
    <w:p>
      <w:pPr>
        <w:pStyle w:val="ListBullet"/>
      </w:pPr>
      <w:r>
        <w:t>observation_slit: IBIPC-STR-014 Observation slit × ? [ENGINEER_REVIEW_REQUIRED]</w:t>
      </w:r>
    </w:p>
    <w:p>
      <w:r>
        <w:rPr>
          <w:b/>
        </w:rPr>
        <w:t>IBIPC-BNK-004 — EXTENDED INFANTRY BUNKER. FOR FOUR RIFLEMEN, TO PROTECT A 10-MAN SQUAD.</w:t>
      </w:r>
    </w:p>
    <w:p>
      <w:pPr>
        <w:pStyle w:val="ListBullet"/>
      </w:pPr>
      <w:r>
        <w:t>segment_01: IBIPC-STR-001-I TYPE I × 1 [CATALOG_CONFIRMED]</w:t>
      </w:r>
    </w:p>
    <w:p>
      <w:pPr>
        <w:pStyle w:val="ListBullet"/>
      </w:pPr>
      <w:r>
        <w:t>segment_02: IBIPC-STR-001-I TYPE I × 1 [CATALOG_CONFIRMED]</w:t>
      </w:r>
    </w:p>
    <w:p>
      <w:pPr>
        <w:pStyle w:val="ListBullet"/>
      </w:pPr>
      <w:r>
        <w:t>end_lid_entrance: IBIPC-STR-010 End Lid with door opening (LID I) × 1 [CATALOG_CONFIRMED]</w:t>
      </w:r>
    </w:p>
    <w:p>
      <w:pPr>
        <w:pStyle w:val="ListBullet"/>
      </w:pPr>
      <w:r>
        <w:t>end_lid_embrasure: IBIPC-STR-011 End Lid with observation slit / embrasure (LID II) × 1 [CATALOG_CONFIRMED]</w:t>
      </w:r>
    </w:p>
    <w:p>
      <w:pPr>
        <w:pStyle w:val="ListBullet"/>
      </w:pPr>
      <w:r>
        <w:t>joint_seal: IBIPC-STR-012 Rubber seal (segment joint) × 3 [DERIVED]</w:t>
      </w:r>
    </w:p>
    <w:p>
      <w:pPr>
        <w:pStyle w:val="ListBullet"/>
      </w:pPr>
      <w:r>
        <w:t>embrasure: IBIPC-STR-013 Stepped embrasure (±28°) × 4 [ENGINEER_REVIEW_REQUIRED]</w:t>
      </w:r>
    </w:p>
    <w:p>
      <w:pPr>
        <w:pStyle w:val="ListBullet"/>
      </w:pPr>
      <w:r>
        <w:t>observation_slit: IBIPC-STR-014 Observation slit × ? [ENGINEER_REVIEW_REQUIRED]</w:t>
      </w:r>
    </w:p>
    <w:p>
      <w:r>
        <w:rPr>
          <w:b/>
        </w:rPr>
        <w:t>IBIPC-BNK-005 — EXTENDED INFANTRY BUNKER. FOR EIGHT RIFLEMEN, TO PROTECT A 10-MAN SQUAD.</w:t>
      </w:r>
    </w:p>
    <w:p>
      <w:pPr>
        <w:pStyle w:val="ListBullet"/>
      </w:pPr>
      <w:r>
        <w:t>segment_01: IBIPC-STR-001-I TYPE I × 1 [CATALOG_CONFIRMED]</w:t>
      </w:r>
    </w:p>
    <w:p>
      <w:pPr>
        <w:pStyle w:val="ListBullet"/>
      </w:pPr>
      <w:r>
        <w:t>segment_02: IBIPC-STR-001-I TYPE I × 1 [CATALOG_CONFIRMED]</w:t>
      </w:r>
    </w:p>
    <w:p>
      <w:pPr>
        <w:pStyle w:val="ListBullet"/>
      </w:pPr>
      <w:r>
        <w:t>segment_03: IBIPC-STR-001-I TYPE I × 1 [CATALOG_CONFIRMED]</w:t>
      </w:r>
    </w:p>
    <w:p>
      <w:pPr>
        <w:pStyle w:val="ListBullet"/>
      </w:pPr>
      <w:r>
        <w:t>end_lid_entrance: IBIPC-STR-010 End Lid with door opening (LID I) × 1 [CATALOG_CONFIRMED]</w:t>
      </w:r>
    </w:p>
    <w:p>
      <w:pPr>
        <w:pStyle w:val="ListBullet"/>
      </w:pPr>
      <w:r>
        <w:t>end_lid_embrasure: IBIPC-STR-011 End Lid with observation slit / embrasure (LID II) × 1 [CATALOG_CONFIRMED]</w:t>
      </w:r>
    </w:p>
    <w:p>
      <w:pPr>
        <w:pStyle w:val="ListBullet"/>
      </w:pPr>
      <w:r>
        <w:t>joint_seal: IBIPC-STR-012 Rubber seal (segment joint) × 4 [DERIVED]</w:t>
      </w:r>
    </w:p>
    <w:p>
      <w:pPr>
        <w:pStyle w:val="ListBullet"/>
      </w:pPr>
      <w:r>
        <w:t>embrasure: IBIPC-STR-013 Stepped embrasure (±28°) × 8 [ENGINEER_REVIEW_REQUIRED]</w:t>
      </w:r>
    </w:p>
    <w:p>
      <w:pPr>
        <w:pStyle w:val="ListBullet"/>
      </w:pPr>
      <w:r>
        <w:t>observation_slit: IBIPC-STR-014 Observation slit × 6 [ENGINEER_REVIEW_REQUIRED] — По плану стр. 16</w:t>
      </w:r>
    </w:p>
    <w:p>
      <w:r>
        <w:rPr>
          <w:b/>
        </w:rPr>
        <w:t>IBIPC-BNK-006 — INTER-OPERATIONAL AMMUNITION DEPOT. TO STORE AMMO AT TRANSSHIPMENT POINTS.</w:t>
      </w:r>
    </w:p>
    <w:p>
      <w:pPr>
        <w:pStyle w:val="ListBullet"/>
      </w:pPr>
      <w:r>
        <w:t>segment_01: IBIPC-STR-001-IID TYPE II – as drawn on pp. 17/23/28 (3.6 × 3.6 m, wall 300 mm) × 1 [CATALOG_CONFIRMED]</w:t>
      </w:r>
    </w:p>
    <w:p>
      <w:pPr>
        <w:pStyle w:val="ListBullet"/>
      </w:pPr>
      <w:r>
        <w:t>segment_02: IBIPC-STR-001-IID TYPE II – as drawn on pp. 17/23/28 (3.6 × 3.6 m, wall 300 mm) × 1 [CATALOG_CONFIRMED]</w:t>
      </w:r>
    </w:p>
    <w:p>
      <w:pPr>
        <w:pStyle w:val="ListBullet"/>
      </w:pPr>
      <w:r>
        <w:t>segment_03: IBIPC-STR-001-IID TYPE II – as drawn on pp. 17/23/28 (3.6 × 3.6 m, wall 300 mm) × 1 [CATALOG_CONFIRMED]</w:t>
      </w:r>
    </w:p>
    <w:p>
      <w:pPr>
        <w:pStyle w:val="ListBullet"/>
      </w:pPr>
      <w:r>
        <w:t>segment_04: IBIPC-STR-001-IID TYPE II – as drawn on pp. 17/23/28 (3.6 × 3.6 m, wall 300 mm) × 1 [CATALOG_CONFIRMED]</w:t>
      </w:r>
    </w:p>
    <w:p>
      <w:pPr>
        <w:pStyle w:val="ListBullet"/>
      </w:pPr>
      <w:r>
        <w:t>safety_partition: IBIPC-STR-017 Safety partition (Ammo Depot / Command Bunker) × 1 [CATALOG_CONFIRMED]</w:t>
      </w:r>
    </w:p>
    <w:p>
      <w:pPr>
        <w:pStyle w:val="ListBullet"/>
      </w:pPr>
      <w:r>
        <w:t>end_lid_A: IBIPC-STR-010 End Lid with door opening (LID I) × 1 [ENGINEER_REVIEW_REQUIRED] — Крышка 320 мм TYPE II</w:t>
      </w:r>
    </w:p>
    <w:p>
      <w:pPr>
        <w:pStyle w:val="ListBullet"/>
      </w:pPr>
      <w:r>
        <w:t>end_lid_B: IBIPC-STR-010 End Lid with door opening (LID I) × 1 [ENGINEER_REVIEW_REQUIRED]</w:t>
      </w:r>
    </w:p>
    <w:p>
      <w:pPr>
        <w:pStyle w:val="ListBullet"/>
      </w:pPr>
      <w:r>
        <w:t>double_door: IBIPC-DOR-001-DD Double door (bulletproof, forklift loading) × 2 [CATALOG_CONFIRMED]</w:t>
      </w:r>
    </w:p>
    <w:p>
      <w:r>
        <w:rPr>
          <w:b/>
        </w:rPr>
        <w:t>IBIPC-BNK-007 — AMMO BUNKER.</w:t>
      </w:r>
    </w:p>
    <w:p>
      <w:pPr>
        <w:pStyle w:val="ListBullet"/>
      </w:pPr>
      <w:r>
        <w:t>segment_01: IBIPC-STR-001-I TYPE I × 1 [CATALOG_CONFIRMED]</w:t>
      </w:r>
    </w:p>
    <w:p>
      <w:pPr>
        <w:pStyle w:val="ListBullet"/>
      </w:pPr>
      <w:r>
        <w:t>segment_02: IBIPC-STR-001-I TYPE I × 1 [CATALOG_CONFIRMED]</w:t>
      </w:r>
    </w:p>
    <w:p>
      <w:pPr>
        <w:pStyle w:val="ListBullet"/>
      </w:pPr>
      <w:r>
        <w:t>segment_03: IBIPC-STR-001-I TYPE I × 1 [CATALOG_CONFIRMED]</w:t>
      </w:r>
    </w:p>
    <w:p>
      <w:pPr>
        <w:pStyle w:val="ListBullet"/>
      </w:pPr>
      <w:r>
        <w:t>end_lid_closed: IBIPC-STR-011 End Lid with observation slit / embrasure (LID II) × 1 [ENGINEER_REVIEW_REQUIRED]</w:t>
      </w:r>
    </w:p>
    <w:p>
      <w:pPr>
        <w:pStyle w:val="ListBullet"/>
      </w:pPr>
      <w:r>
        <w:t>joint_seal: IBIPC-STR-012 Rubber seal (segment joint) × 3 [DERIVED]</w:t>
      </w:r>
    </w:p>
    <w:p>
      <w:pPr>
        <w:pStyle w:val="ListBullet"/>
      </w:pPr>
      <w:r>
        <w:t>sandbag_berm: — Sandbag containment berm × 1 [CATALOG_CONFIRMED] — Контекстный слой, не изделие IBIPC</w:t>
      </w:r>
    </w:p>
    <w:p>
      <w:r>
        <w:rPr>
          <w:b/>
        </w:rPr>
        <w:t>IBIPC-BNK-008 — MEDIC BUNKER.</w:t>
      </w:r>
    </w:p>
    <w:p>
      <w:pPr>
        <w:pStyle w:val="ListBullet"/>
      </w:pPr>
      <w:r>
        <w:t>segment_01: IBIPC-STR-001-I TYPE I × 1 [CATALOG_CONFIRMED]</w:t>
      </w:r>
    </w:p>
    <w:p>
      <w:pPr>
        <w:pStyle w:val="ListBullet"/>
      </w:pPr>
      <w:r>
        <w:t>segment_02: IBIPC-STR-001-I TYPE I × 1 [CATALOG_CONFIRMED]</w:t>
      </w:r>
    </w:p>
    <w:p>
      <w:pPr>
        <w:pStyle w:val="ListBullet"/>
      </w:pPr>
      <w:r>
        <w:t>segment_03: IBIPC-STR-001-I TYPE I × 1 [CATALOG_CONFIRMED]</w:t>
      </w:r>
    </w:p>
    <w:p>
      <w:pPr>
        <w:pStyle w:val="ListBullet"/>
      </w:pPr>
      <w:r>
        <w:t>joint_seal: IBIPC-STR-012 Rubber seal (segment joint) × 2 [DERIVED]</w:t>
      </w:r>
    </w:p>
    <w:p>
      <w:pPr>
        <w:pStyle w:val="ListBullet"/>
      </w:pPr>
      <w:r>
        <w:t>sandbag_berm: — Protective sandbag berm × 1 [CATALOG_CONFIRMED] — Контекстный слой</w:t>
      </w:r>
    </w:p>
    <w:p>
      <w:r>
        <w:rPr>
          <w:b/>
        </w:rPr>
        <w:t>IBIPC-BNK-009 — CLASS A HARDENED INFANTRY BUNKER. TO CONDUCT COMBAT OPERATIONS.</w:t>
      </w:r>
    </w:p>
    <w:p>
      <w:pPr>
        <w:pStyle w:val="ListBullet"/>
      </w:pPr>
      <w:r>
        <w:t>module: IBIPC-STR-001-II TYPE II × 5 [ENGINEER_REVIEW_REQUIRED] — 5 пролётов по плану; тип модуля не указан</w:t>
      </w:r>
    </w:p>
    <w:p>
      <w:pPr>
        <w:pStyle w:val="ListBullet"/>
      </w:pPr>
      <w:r>
        <w:t>sarcophagus: — UHPFRC protective sarcophagus × 1 [CATALOG_CONFIRMED]</w:t>
      </w:r>
    </w:p>
    <w:p>
      <w:pPr>
        <w:pStyle w:val="ListBullet"/>
      </w:pPr>
      <w:r>
        <w:t>door_with_loopholes: IBIPC-DOR-001-LH Door with loopholes (Class A) × ? [ENGINEER_REVIEW_REQUIRED]</w:t>
      </w:r>
    </w:p>
    <w:p>
      <w:pPr>
        <w:pStyle w:val="ListBullet"/>
      </w:pPr>
      <w:r>
        <w:t>filter_ventilation_cbrne: IBIPC-VEN-006 Modular system of air ventilation and CBRN filtration × 1 [ENGINEER_REVIEW_REQUIRED]</w:t>
      </w:r>
    </w:p>
    <w:p>
      <w:pPr>
        <w:pStyle w:val="ListBullet"/>
      </w:pPr>
      <w:r>
        <w:t>pressure_relief_valve: IBIPC-TEC-008 Anti-blast valve / overpressure valve × ? [ENGINEER_REVIEW_REQUIRED]</w:t>
      </w:r>
    </w:p>
    <w:p>
      <w:pPr>
        <w:pStyle w:val="ListBullet"/>
      </w:pPr>
      <w:r>
        <w:t>interior: — Stoves, folding beds, storage, comms × 1 [CATALOG_CONFIRMED]</w:t>
      </w:r>
    </w:p>
    <w:p>
      <w:r>
        <w:rPr>
          <w:b/>
        </w:rPr>
        <w:t>IBIPC-BNK-010 — CLASS B HARDENED INFANTRY BUNKER. PERSONNEL PROTECTION.</w:t>
      </w:r>
    </w:p>
    <w:p>
      <w:pPr>
        <w:pStyle w:val="ListBullet"/>
      </w:pPr>
      <w:r>
        <w:t>module: IBIPC-STR-001-II TYPE II × ? [ENGINEER_REVIEW_REQUIRED]</w:t>
      </w:r>
    </w:p>
    <w:p>
      <w:pPr>
        <w:pStyle w:val="ListBullet"/>
      </w:pPr>
      <w:r>
        <w:t>sarcophagus: — UHPFRC protective sarcophagus × 1 [CATALOG_CONFIRMED]</w:t>
      </w:r>
    </w:p>
    <w:p>
      <w:pPr>
        <w:pStyle w:val="ListBullet"/>
      </w:pPr>
      <w:r>
        <w:t>reinforced_roof: — Reinforced roof structure × 1 [CATALOG_CONFIRMED]</w:t>
      </w:r>
    </w:p>
    <w:p>
      <w:pPr>
        <w:pStyle w:val="ListBullet"/>
      </w:pPr>
      <w:r>
        <w:t>gas_tight_door: IBIPC-DOR-001-GT Armored gas-tight / anti-pressure door × ? [ENGINEER_REVIEW_REQUIRED]</w:t>
      </w:r>
    </w:p>
    <w:p>
      <w:pPr>
        <w:pStyle w:val="ListBullet"/>
      </w:pPr>
      <w:r>
        <w:t>filter_ventilation_cbrne: IBIPC-VEN-006 Modular system of air ventilation and CBRN filtration × 1 [ENGINEER_REVIEW_REQUIRED]</w:t>
      </w:r>
    </w:p>
    <w:p>
      <w:pPr>
        <w:pStyle w:val="ListBullet"/>
      </w:pPr>
      <w:r>
        <w:t>interior: — Stoves, folding beds × 1 [CATALOG_CONFIRMED]</w:t>
      </w:r>
    </w:p>
    <w:p>
      <w:r>
        <w:rPr>
          <w:b/>
        </w:rPr>
        <w:t>IBIPC-BNK-011 — COMMAND BUNKER. LEADING TACTICAL - OPERATIONAL CONTROL STATION.</w:t>
      </w:r>
    </w:p>
    <w:p>
      <w:pPr>
        <w:pStyle w:val="ListBullet"/>
      </w:pPr>
      <w:r>
        <w:t>segment_01: IBIPC-STR-001-IID TYPE II – as drawn on pp. 17/23/28 (3.6 × 3.6 m, wall 300 mm) × 1 [CATALOG_CONFIRMED]</w:t>
      </w:r>
    </w:p>
    <w:p>
      <w:pPr>
        <w:pStyle w:val="ListBullet"/>
      </w:pPr>
      <w:r>
        <w:t>segment_02: IBIPC-STR-001-IID TYPE II – as drawn on pp. 17/23/28 (3.6 × 3.6 m, wall 300 mm) × 1 [CATALOG_CONFIRMED]</w:t>
      </w:r>
    </w:p>
    <w:p>
      <w:pPr>
        <w:pStyle w:val="ListBullet"/>
      </w:pPr>
      <w:r>
        <w:t>segment_03: IBIPC-STR-001-IID TYPE II – as drawn on pp. 17/23/28 (3.6 × 3.6 m, wall 300 mm) × 1 [CATALOG_CONFIRMED]</w:t>
      </w:r>
    </w:p>
    <w:p>
      <w:pPr>
        <w:pStyle w:val="ListBullet"/>
      </w:pPr>
      <w:r>
        <w:t>segment_04: IBIPC-STR-001-IID TYPE II – as drawn on pp. 17/23/28 (3.6 × 3.6 m, wall 300 mm) × 1 [CATALOG_CONFIRMED]</w:t>
      </w:r>
    </w:p>
    <w:p>
      <w:pPr>
        <w:pStyle w:val="ListBullet"/>
      </w:pPr>
      <w:r>
        <w:t>partition: IBIPC-STR-017 Safety partition (Ammo Depot / Command Bunker) × 1 [CATALOG_CONFIRMED]</w:t>
      </w:r>
    </w:p>
    <w:p>
      <w:pPr>
        <w:pStyle w:val="ListBullet"/>
      </w:pPr>
      <w:r>
        <w:t>end_lid_A: IBIPC-STR-010 End Lid with door opening (LID I) × 1 [ENGINEER_REVIEW_REQUIRED]</w:t>
      </w:r>
    </w:p>
    <w:p>
      <w:pPr>
        <w:pStyle w:val="ListBullet"/>
      </w:pPr>
      <w:r>
        <w:t>end_lid_B: IBIPC-STR-010 End Lid with door opening (LID I) × 1 [ENGINEER_REVIEW_REQUIRED]</w:t>
      </w:r>
    </w:p>
    <w:p>
      <w:pPr>
        <w:pStyle w:val="ListBullet"/>
      </w:pPr>
      <w:r>
        <w:t>anti_pressure_door: IBIPC-DOR-001-GT Armored gas-tight / anti-pressure door × ? [ENGINEER_REVIEW_REQUIRED]</w:t>
      </w:r>
    </w:p>
    <w:p>
      <w:pPr>
        <w:pStyle w:val="ListBullet"/>
      </w:pPr>
      <w:r>
        <w:t>filter_ventilation_unit: IBIPC-VEN-006 Modular system of air ventilation and CBRN filtration × 1 [CATALOG_CONFIRMED]</w:t>
      </w:r>
    </w:p>
    <w:p>
      <w:pPr>
        <w:pStyle w:val="ListBullet"/>
      </w:pPr>
      <w:r>
        <w:t>cbrne_filter: — CBRNE filter × 1 [CATALOG_CONFIRMED]</w:t>
      </w:r>
    </w:p>
    <w:p>
      <w:pPr>
        <w:pStyle w:val="ListBullet"/>
      </w:pPr>
      <w:r>
        <w:t>chemical_wc: IBIPC-TEC-018 Chemical WC × 1 [CATALOG_CONFIRMED]</w:t>
      </w:r>
    </w:p>
    <w:p>
      <w:pPr>
        <w:pStyle w:val="ListBullet"/>
      </w:pPr>
      <w:r>
        <w:t>control_space: — Control space / technical equipment zone × 1 [CATALOG_CONFIRMED]</w:t>
      </w:r>
    </w:p>
    <w:p>
      <w:r>
        <w:rPr>
          <w:b/>
        </w:rPr>
        <w:t>IBIPC-SHL-001 — UNDERGROUND SHELTERS.</w:t>
      </w:r>
    </w:p>
    <w:p>
      <w:pPr>
        <w:pStyle w:val="ListBullet"/>
      </w:pPr>
      <w:r>
        <w:t>segment: IBIPC-STR-001-I TYPE I × 5 [ENGINEER_REVIEW_REQUIRED] — 5 сегментов; тип не указан</w:t>
      </w:r>
    </w:p>
    <w:p>
      <w:pPr>
        <w:pStyle w:val="ListBullet"/>
      </w:pPr>
      <w:r>
        <w:t>armoured_door: IBIPC-DOR-001-GT Armored gas-tight / anti-pressure door × ? [ENGINEER_REVIEW_REQUIRED]</w:t>
      </w:r>
    </w:p>
    <w:p>
      <w:pPr>
        <w:pStyle w:val="ListBullet"/>
      </w:pPr>
      <w:r>
        <w:t>barred_door: IBIPC-DOR-002 Barred doors made of high strength steel (OPENABLE DOOR WITH BAR) × 2 [CATALOG_CONFIRMED]</w:t>
      </w:r>
    </w:p>
    <w:p>
      <w:pPr>
        <w:pStyle w:val="ListBullet"/>
      </w:pPr>
      <w:r>
        <w:t>escape_opening: IBIPC-STR-015 Escape hatch / emergency exit × 1 [CATALOG_CONFIRMED]</w:t>
      </w:r>
    </w:p>
    <w:p>
      <w:pPr>
        <w:pStyle w:val="ListBullet"/>
      </w:pPr>
      <w:r>
        <w:t>ladder: IBIPC-TEC-020 Ladder (escape) × 1 [CATALOG_CONFIRMED]</w:t>
      </w:r>
    </w:p>
    <w:p>
      <w:pPr>
        <w:pStyle w:val="ListBullet"/>
      </w:pPr>
      <w:r>
        <w:t>filter_ventilation: IBIPC-VEN-002 Firbach 100 × 1 [CATALOG_CONFIRMED]</w:t>
      </w:r>
    </w:p>
    <w:p>
      <w:pPr>
        <w:pStyle w:val="ListBullet"/>
      </w:pPr>
      <w:r>
        <w:t>anti_blast_overpressure_valve: IBIPC-TEC-008 Anti-blast valve / overpressure valve × ? [ENGINEER_REVIEW_REQUIRED]</w:t>
      </w:r>
    </w:p>
    <w:p>
      <w:pPr>
        <w:pStyle w:val="ListBullet"/>
      </w:pPr>
      <w:r>
        <w:t>battery: IBIPC-TEC-014 Battery × 3 [ENGINEER_REVIEW_REQUIRED] — По подписям плана</w:t>
      </w:r>
    </w:p>
    <w:p>
      <w:pPr>
        <w:pStyle w:val="ListBullet"/>
      </w:pPr>
      <w:r>
        <w:t>generator: IBIPC-TEC-015 Generator × 1 [CATALOG_CONFIRMED]</w:t>
      </w:r>
    </w:p>
    <w:p>
      <w:pPr>
        <w:pStyle w:val="ListBullet"/>
      </w:pPr>
      <w:r>
        <w:t>water_tank: IBIPC-TEC-017 Stainless steel water tank × 1 [CATALOG_CONFIRMED]</w:t>
      </w:r>
    </w:p>
    <w:p>
      <w:pPr>
        <w:pStyle w:val="ListBullet"/>
      </w:pPr>
      <w:r>
        <w:t>storage: IBIPC-TEC-021 Storage (supplies) × 1 [CATALOG_CONFIRMED]</w:t>
      </w:r>
    </w:p>
    <w:p>
      <w:pPr>
        <w:pStyle w:val="ListBullet"/>
      </w:pPr>
      <w:r>
        <w:t>stone_plane_backfill: MAT-012 Stone plane with earthen backfill × 1 [CATALOG_CONFIRMED] — Защитный слой</w:t>
      </w:r>
    </w:p>
    <w:p>
      <w:r>
        <w:rPr>
          <w:b/>
        </w:rPr>
        <w:t>IBIPC-SHL-002 — CIVIL DEFENCE SHELTERS.</w:t>
      </w:r>
    </w:p>
    <w:p>
      <w:pPr>
        <w:pStyle w:val="ListBullet"/>
      </w:pPr>
      <w:r>
        <w:t>segment_01: IBIPC-STR-001-I TYPE I × 1 [CATALOG_CONFIRMED]</w:t>
      </w:r>
    </w:p>
    <w:p>
      <w:pPr>
        <w:pStyle w:val="ListBullet"/>
      </w:pPr>
      <w:r>
        <w:t>segment_02: IBIPC-STR-001-I TYPE I × 1 [CATALOG_CONFIRMED]</w:t>
      </w:r>
    </w:p>
    <w:p>
      <w:pPr>
        <w:pStyle w:val="ListBullet"/>
      </w:pPr>
      <w:r>
        <w:t>segment_03: IBIPC-STR-001-I TYPE I × 1 [CATALOG_CONFIRMED]</w:t>
      </w:r>
    </w:p>
    <w:p>
      <w:pPr>
        <w:pStyle w:val="ListBullet"/>
      </w:pPr>
      <w:r>
        <w:t>segment_04: IBIPC-STR-001-I TYPE I × 1 [CATALOG_CONFIRMED]</w:t>
      </w:r>
    </w:p>
    <w:p>
      <w:pPr>
        <w:pStyle w:val="ListBullet"/>
      </w:pPr>
      <w:r>
        <w:t>segment_05: IBIPC-STR-001-I TYPE I × 1 [CATALOG_CONFIRMED]</w:t>
      </w:r>
    </w:p>
    <w:p>
      <w:pPr>
        <w:pStyle w:val="ListBullet"/>
      </w:pPr>
      <w:r>
        <w:t>end_lid_door: IBIPC-STR-010 End Lid with door opening (LID I) × 1 [CATALOG_CONFIRMED]</w:t>
      </w:r>
    </w:p>
    <w:p>
      <w:pPr>
        <w:pStyle w:val="ListBullet"/>
      </w:pPr>
      <w:r>
        <w:t>end_lid_escape: IBIPC-STR-011 End Lid with observation slit / embrasure (LID II) × 1 [CATALOG_CONFIRMED]</w:t>
      </w:r>
    </w:p>
    <w:p>
      <w:pPr>
        <w:pStyle w:val="ListBullet"/>
      </w:pPr>
      <w:r>
        <w:t>joint_seal: IBIPC-STR-012 Rubber seal (segment joint) × 6 [DERIVED]</w:t>
      </w:r>
    </w:p>
    <w:p>
      <w:pPr>
        <w:pStyle w:val="ListBullet"/>
      </w:pPr>
      <w:r>
        <w:t>ballistic_door: IBIPC-DOR-001 SANDWICH BALLISTIC-RESISTANT DOORS. ARMORED AND CAST IN UHPFRC. × 1 [CATALOG_CONFIRMED]</w:t>
      </w:r>
    </w:p>
    <w:p>
      <w:pPr>
        <w:pStyle w:val="ListBullet"/>
      </w:pPr>
      <w:r>
        <w:t>escape_hatch: IBIPC-STR-015 Escape hatch / emergency exit × 1 [CATALOG_CONFIRMED]</w:t>
      </w:r>
    </w:p>
    <w:p>
      <w:pPr>
        <w:pStyle w:val="ListBullet"/>
      </w:pPr>
      <w:r>
        <w:t>technical_area: — Technical devices × 1 [CATALOG_CONFIRMED]</w:t>
      </w:r>
    </w:p>
    <w:p>
      <w:pPr>
        <w:pStyle w:val="ListBullet"/>
      </w:pPr>
      <w:r>
        <w:t>seating: — Seating / occupancy layout × 1 [CATALOG_CONFIRMED] — Опциональный интерьерный слой</w:t>
      </w:r>
    </w:p>
    <w:p>
      <w:r>
        <w:rPr>
          <w:b/>
        </w:rPr>
        <w:t>IBIPC-SYS-001 — BUNKER FOR GENERATORS OR COGENERATION UNITS. SITE FOR SECURE POWER DELIVERY.</w:t>
      </w:r>
    </w:p>
    <w:p>
      <w:pPr>
        <w:pStyle w:val="ListBullet"/>
      </w:pPr>
      <w:r>
        <w:t>segment_01: IBIPC-STR-001-IID TYPE II – as drawn on pp. 17/23/28 (3.6 × 3.6 m, wall 300 mm) × 1 [CATALOG_CONFIRMED]</w:t>
      </w:r>
    </w:p>
    <w:p>
      <w:pPr>
        <w:pStyle w:val="ListBullet"/>
      </w:pPr>
      <w:r>
        <w:t>segment_02: IBIPC-STR-001-IID TYPE II – as drawn on pp. 17/23/28 (3.6 × 3.6 m, wall 300 mm) × 1 [CATALOG_CONFIRMED]</w:t>
      </w:r>
    </w:p>
    <w:p>
      <w:pPr>
        <w:pStyle w:val="ListBullet"/>
      </w:pPr>
      <w:r>
        <w:t>segment_03: IBIPC-STR-001-IID TYPE II – as drawn on pp. 17/23/28 (3.6 × 3.6 m, wall 300 mm) × 1 [CATALOG_CONFIRMED]</w:t>
      </w:r>
    </w:p>
    <w:p>
      <w:pPr>
        <w:pStyle w:val="ListBullet"/>
      </w:pPr>
      <w:r>
        <w:t>end_panel_door: — 200 mm concrete panel with door frame × 1 [CATALOG_CONFIRMED]</w:t>
      </w:r>
    </w:p>
    <w:p>
      <w:pPr>
        <w:pStyle w:val="ListBullet"/>
      </w:pPr>
      <w:r>
        <w:t>ballistic_door: IBIPC-DOR-001 SANDWICH BALLISTIC-RESISTANT DOORS. ARMORED AND CAST IN UHPFRC. × 1 [CATALOG_CONFIRMED] — 900×1700</w:t>
      </w:r>
    </w:p>
    <w:p>
      <w:pPr>
        <w:pStyle w:val="ListBullet"/>
      </w:pPr>
      <w:r>
        <w:t>end_lid: IBIPC-STR-010 End Lid with door opening (LID I) × 1 [ENGINEER_REVIEW_REQUIRED] — 320 мм</w:t>
      </w:r>
    </w:p>
    <w:p>
      <w:pPr>
        <w:pStyle w:val="ListBullet"/>
      </w:pPr>
      <w:r>
        <w:t>shutoff_valve: IBIPC-TEC-009 Depressurized shut-off valve with ballistic protection × 3 [CATALOG_CONFIRMED]</w:t>
      </w:r>
    </w:p>
    <w:p>
      <w:pPr>
        <w:pStyle w:val="ListBullet"/>
      </w:pPr>
      <w:r>
        <w:t>filter: IBIPC-TEC-012 Intake / exhaust filter (G3 / EU3) × 1 [CATALOG_CONFIRMED]</w:t>
      </w:r>
    </w:p>
    <w:p>
      <w:pPr>
        <w:pStyle w:val="ListBullet"/>
      </w:pPr>
      <w:r>
        <w:t>damper: IBIPC-TEC-010 Damper × 2 [ENGINEER_REVIEW_REQUIRED]</w:t>
      </w:r>
    </w:p>
    <w:p>
      <w:pPr>
        <w:pStyle w:val="ListBullet"/>
      </w:pPr>
      <w:r>
        <w:t>ventilator: IBIPC-TEC-011 Ventilator (6,000 m³/h fan) × 1 [CATALOG_CONFIRMED]</w:t>
      </w:r>
    </w:p>
    <w:p>
      <w:pPr>
        <w:pStyle w:val="ListBullet"/>
      </w:pPr>
      <w:r>
        <w:t>muffler: IBIPC-TEC-013 Exhaust muffler × 1 [CATALOG_CONFIRMED]</w:t>
      </w:r>
    </w:p>
    <w:p>
      <w:pPr>
        <w:pStyle w:val="ListBullet"/>
      </w:pPr>
      <w:r>
        <w:t>cogeneration_or_generator_proxy: IBIPC-TEC-016 Cogeneration unit × 1 [CATALOG_CONFIRMED]</w:t>
      </w:r>
    </w:p>
    <w:p>
      <w:r>
        <w:rPr>
          <w:b/>
        </w:rPr>
        <w:t>IBIPC-WAL-001 — BALLISTIC WALLS</w:t>
      </w:r>
    </w:p>
    <w:p>
      <w:pPr>
        <w:pStyle w:val="ListBullet"/>
      </w:pPr>
      <w:r>
        <w:t>panel: — Ballistic wall panel × ? [ENGINEER_REVIEW_REQUIRED]</w:t>
      </w:r>
    </w:p>
    <w:p>
      <w:pPr>
        <w:pStyle w:val="ListBullet"/>
      </w:pPr>
      <w:r>
        <w:t>column_HEB: MAT-008 Rolled steel profile HEB × ? [ENGINEER_REVIEW_REQUIRED]</w:t>
      </w:r>
    </w:p>
    <w:p>
      <w:pPr>
        <w:pStyle w:val="ListBullet"/>
      </w:pPr>
      <w:r>
        <w:t>anchor_housing: — Steel anchor housing × ? [CATALOG_CONFIRMED]</w:t>
      </w:r>
    </w:p>
    <w:p>
      <w:pPr>
        <w:pStyle w:val="ListBullet"/>
      </w:pPr>
      <w:r>
        <w:t>spacer: — Connection of steel anchor housings with spacer element × ? [CATALOG_CONFIRMED]</w:t>
      </w:r>
    </w:p>
    <w:p>
      <w:pPr>
        <w:pStyle w:val="ListBullet"/>
      </w:pPr>
      <w:r>
        <w:t>rubber_granulate_filling: MAT-011 Permanently flexible rubber granulate filling × 1 [CATALOG_CONFIRMED]</w:t>
      </w:r>
    </w:p>
    <w:p>
      <w:pPr>
        <w:pStyle w:val="ListBullet"/>
      </w:pPr>
      <w:r>
        <w:t>foundation: — Concrete foundation footing × ? [CATALOG_CONFIRMED]</w:t>
      </w:r>
    </w:p>
    <w:p>
      <w:r>
        <w:rPr>
          <w:b/>
        </w:rPr>
        <w:t>IBIPC-RDB-001 — CONCRETE PYRAMID</w:t>
      </w:r>
    </w:p>
    <w:p>
      <w:pPr>
        <w:pStyle w:val="ListBullet"/>
      </w:pPr>
      <w:r>
        <w:t>pyramid: IBIPC-RDB-001-H HEAVY × ? [ENGINEER_INPUT] — Количество — по проекту</w:t>
      </w:r>
    </w:p>
    <w:p>
      <w:pPr>
        <w:pStyle w:val="ListBullet"/>
      </w:pPr>
      <w:r>
        <w:t>shackle: IBIPC-RDB-010 Ship's shackle × ? [CATALOG_CONFIRMED]</w:t>
      </w:r>
    </w:p>
    <w:p>
      <w:pPr>
        <w:pStyle w:val="ListBullet"/>
      </w:pPr>
      <w:r>
        <w:t>anchor_chain: IBIPC-RDB-011 Nautical anchor chain × ? [CATALOG_CONFIRMED]</w:t>
      </w:r>
    </w:p>
    <w:p>
      <w:r>
        <w:rPr>
          <w:b/>
        </w:rPr>
        <w:t>IBIPC-RDB-002-PO — High-strength steel – CARS (Police version)</w:t>
      </w:r>
    </w:p>
    <w:p>
      <w:pPr>
        <w:pStyle w:val="ListBullet"/>
      </w:pPr>
      <w:r>
        <w:t>panel: — Roadblock part × 2 [CERTIFICATE_CONFIRMED] — 750×750×115, 20 kg</w:t>
      </w:r>
    </w:p>
    <w:p>
      <w:r>
        <w:rPr>
          <w:b/>
        </w:rPr>
        <w:t>IBIPC-VEN-002 — Firbach 100</w:t>
      </w:r>
    </w:p>
    <w:p>
      <w:pPr>
        <w:pStyle w:val="ListBullet"/>
      </w:pPr>
      <w:r>
        <w:t>outlet_filter: — outlet filter × 1 [CATALOG_CONFIRMED]</w:t>
      </w:r>
    </w:p>
    <w:p>
      <w:pPr>
        <w:pStyle w:val="ListBullet"/>
      </w:pPr>
      <w:r>
        <w:t>radial_blower_with_gearbox: — radial blower with gearbox × 1 [CATALOG_CONFIRMED]</w:t>
      </w:r>
    </w:p>
    <w:p>
      <w:pPr>
        <w:pStyle w:val="ListBullet"/>
      </w:pPr>
      <w:r>
        <w:t>electromotor: — electromotor × 1 [CATALOG_CONFIRMED]</w:t>
      </w:r>
    </w:p>
    <w:p>
      <w:pPr>
        <w:pStyle w:val="ListBullet"/>
      </w:pPr>
      <w:r>
        <w:t>crank_handle_drive: — crank handle drive × 1 [CATALOG_CONFIRMED]</w:t>
      </w:r>
    </w:p>
    <w:p>
      <w:pPr>
        <w:pStyle w:val="ListBullet"/>
      </w:pPr>
      <w:r>
        <w:t>gas_tight_dampers: — gas tight dampers × 1 [CATALOG_CONFIRMED]</w:t>
      </w:r>
    </w:p>
    <w:p>
      <w:pPr>
        <w:pStyle w:val="ListBullet"/>
      </w:pPr>
      <w:r>
        <w:t>adsorption_filter: — adsorption filter × 1 [CATALOG_CONFIRMED]</w:t>
      </w:r>
    </w:p>
    <w:p>
      <w:pPr>
        <w:pStyle w:val="ListBullet"/>
      </w:pPr>
      <w:r>
        <w:t>inlet_overpressure_valve: — inlet overpressure valve × 1 [CATALOG_CONFIRMED]</w:t>
      </w:r>
    </w:p>
    <w:p>
      <w:pPr>
        <w:pStyle w:val="ListBullet"/>
      </w:pPr>
      <w:r>
        <w:t>inlet_dust_filter: — inlet dust filter × 1 [CATALOG_CONFIRMED]</w:t>
      </w:r>
    </w:p>
    <w:p>
      <w:pPr>
        <w:pStyle w:val="ListBullet"/>
      </w:pPr>
      <w:r>
        <w:t>air_flow_meter: — air flow meter × 1 [CATALOG_CONFIRMED]</w:t>
      </w:r>
    </w:p>
    <w:p>
      <w:r>
        <w:rPr>
          <w:b/>
        </w:rPr>
        <w:t>IBIPC-VEN-001 — Firbach 50</w:t>
      </w:r>
    </w:p>
    <w:p>
      <w:pPr>
        <w:pStyle w:val="ListBullet"/>
      </w:pPr>
      <w:r>
        <w:t>coarse dust filter: — coarse dust filter × 1 [CATALOG_CONFIRMED]</w:t>
      </w:r>
    </w:p>
    <w:p>
      <w:pPr>
        <w:pStyle w:val="ListBullet"/>
      </w:pPr>
      <w:r>
        <w:t>HEPA filter H13/H14: — HEPA filter H13/H14 × 1 [CATALOG_CONFIRMED]</w:t>
      </w:r>
    </w:p>
    <w:p>
      <w:pPr>
        <w:pStyle w:val="ListBullet"/>
      </w:pPr>
      <w:r>
        <w:t>NANOPASARAN nanofilter: — NANOPASARAN nanofilter × 1 [CATALOG_CONFIRMED]</w:t>
      </w:r>
    </w:p>
    <w:p>
      <w:pPr>
        <w:pStyle w:val="ListBullet"/>
      </w:pPr>
      <w:r>
        <w:t>CBRN activated carbon filter: — CBRN activated carbon filter × 1 [CATALOG_CONFIRMED]</w:t>
      </w:r>
    </w:p>
    <w:p>
      <w:pPr>
        <w:pStyle w:val="Heading1"/>
      </w:pPr>
      <w:r>
        <w:t>5. Variants / Варианты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004"/>
        <w:gridCol w:w="2004"/>
        <w:gridCol w:w="2004"/>
        <w:gridCol w:w="2004"/>
        <w:gridCol w:w="2004"/>
        <w:gridCol w:w="2004"/>
        <w:gridCol w:w="2004"/>
      </w:tblGrid>
      <w:tr>
        <w:tc>
          <w:tcPr>
            <w:tcW w:type="dxa" w:w="2004"/>
          </w:tcPr>
          <w:p>
            <w:r>
              <w:rPr>
                <w:sz w:val="17"/>
              </w:rPr>
              <w:t>Variant_ID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Parent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Variant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Axis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Geometry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Review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Comment RU</w:t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IBIPC-BAR-001-L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BALLISTIC CONCRETE BENCHES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LIGHT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LIGHT_HEAVY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ENGINEER_REVIEW_REQUIRED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Различие с HEAVY не указано</w:t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IBIPC-BAR-001-H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BALLISTIC CONCRETE BENCHES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HEAVY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LIGHT_HEAVY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ENGINEER_REVIEW_REQUIRED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Различие с LIGHT не указано</w:t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IBIPC-BAR-002-L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BALLISTIC CONCRETE FLOWER BOXES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LIGHT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LIGHT_HEAVY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ENGINEER_REVIEW_REQUIRED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Не раскрыто</w:t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IBIPC-BAR-002-H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BALLISTIC CONCRETE FLOWER BOXES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HEAVY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LIGHT_HEAVY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ENGINEER_REVIEW_REQUIRED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Не раскрыто</w:t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IBIPC-BAR-002-FS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BALLISTIC CONCRETE FLOWER BOXES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Freestanding (top part only)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INSTALLATION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PENDING_HUMAN_REVIEW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IBIPC-BAR-002-GP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BALLISTIC CONCRETE FLOWER BOXES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On ground-based plate (two-part)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INSTALLATION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ENGINEER_REVIEW_REQUIRED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Геометрия плиты основания не дана</w:t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IBIPC-WAL-002-S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MOBILE T - WALLS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Solid (no openings)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OPENINGS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ENGINEER_REVIEW_REQUIRED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Показан только на фото</w:t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IBIPC-WAL-002-E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MOBILE T - WALLS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With embrasure and two observation slits (bullet-proof glass)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OPENINGS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PENDING_HUMAN_REVIEW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По чертежу</w:t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IBIPC-RDB-001-H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CONCRETE PYRAMID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HEAVY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HEAVY_MEDIUM_LIGHT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PENDING_HUMAN_REVIEW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IBIPC-RDB-001-M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CONCRETE PYRAMID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MEDIUM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HEAVY_MEDIUM_LIGHT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PENDING_HUMAN_REVIEW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IBIPC-RDB-001-L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CONCRETE PYRAMID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LIGHT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HEAVY_MEDIUM_LIGHT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ENGINEER_REVIEW_REQUIRED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IBIPC-RDB-002-UH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MOBILE ROADBLOCK – STING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UHPRC – HEAVY TANKS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MATERIAL_THREAT_CLASS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ENGINEER_REVIEW_REQUIRED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Отдельная запись по материалу/классу угрозы</w:t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IBIPC-RDB-002-HC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MOBILE ROADBLOCK – STING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High-strength concrete – MIDDLE TANKS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MATERIAL_THREAT_CLASS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ENGINEER_REVIEW_REQUIRED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Отдельная запись по материалу/классу угрозы</w:t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IBIPC-RDB-002-HS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MOBILE ROADBLOCK – STING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High-strength steel – COMBAT VEHICLES, TRUCKS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MATERIAL_THREAT_CLASS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ENGINEER_REVIEW_REQUIRED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Отдельная запись по материалу/классу угрозы</w:t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IBIPC-RDB-002-PO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MOBILE ROADBLOCK – STING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High-strength steel – CARS (Police version)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MATERIAL_THREAT_CLASS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ENGINEER_REVIEW_REQUIRED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Отдельная запись по материалу/классу угрозы</w:t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IBIPC-STR-001-I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UNIVERSAL CONSTRUCTION SEGMENT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TYPE I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TYPE_I_II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PENDING_HUMAN_REVIEW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На чертежах сборок длина в осях = 1990 мм (а не 2000).</w:t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IBIPC-STR-001-II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UNIVERSAL CONSTRUCTION SEGMENT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TYPE II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TYPE_I_II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PENDING_HUMAN_REVIEW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IBIPC-STR-001-IID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UNIVERSAL CONSTRUCTION SEGMENT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TYPE II – as drawn on pp. 17/23/28 (3.6 × 3.6 m, wall 300 mm)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TYPE_I_II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ENGINEER_REVIEW_REQUIRED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Не подтверждённый отдельный тип; уточнить у IBIPC DSC-005</w:t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IBIPC-STR-020-L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BALISTIC PLATES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LIGHT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LIGHT_HEAVY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PENDING_HUMAN_REVIEW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IBIPC-STR-020-H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BALISTIC PLATES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HEAVY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LIGHT_HEAVY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PENDING_HUMAN_REVIEW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IBIPC-CAB-001-LC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TUNNELS TO PROTECT HIGH PRIORITY CABLES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LIGHT – CONVEX LID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LIGHT_HEAVY × LID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ENGINEER_REVIEW_REQUIRED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Размеры по варианту не даны</w:t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IBIPC-CAB-001-LF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TUNNELS TO PROTECT HIGH PRIORITY CABLES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LIGHT – FLAT LID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LIGHT_HEAVY × LID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ENGINEER_REVIEW_REQUIRED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Размеры по варианту не даны</w:t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IBIPC-CAB-001-HC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TUNNELS TO PROTECT HIGH PRIORITY CABLES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HEAVY – CONVEX LID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LIGHT_HEAVY × LID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ENGINEER_REVIEW_REQUIRED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Размеры по варианту не даны</w:t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IBIPC-CAB-001-HF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TUNNELS TO PROTECT HIGH PRIORITY CABLES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HEAVY – FLAT LID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LIGHT_HEAVY × LID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ENGINEER_REVIEW_REQUIRED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Размеры по варианту не даны</w:t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IBIPC-DOR-001-S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SANDWICH BALLISTIC-RESISTANT DOORS. ARMORED AND CAST IN UHPFRC.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Single leaf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LEAF_CONFIG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PENDING_HUMAN_REVIEW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IBIPC-DOR-001-DD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SANDWICH BALLISTIC-RESISTANT DOORS. ARMORED AND CAST IN UHPFRC.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Double door (bulletproof, forklift loading)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LEAF_CONFIG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ENGINEER_REVIEW_REQUIRED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Размеры не даны</w:t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IBIPC-DOR-001-LH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SANDWICH BALLISTIC-RESISTANT DOORS. ARMORED AND CAST IN UHPFRC.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Door with loopholes (Class A)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LEAF_CONFIG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ENGINEER_REVIEW_REQUIRED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Геометрия бойниц не дана</w:t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IBIPC-DOR-001-GT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SANDWICH BALLISTIC-RESISTANT DOORS. ARMORED AND CAST IN UHPFRC.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Armored gas-tight / anti-pressure door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LEAF_CONFIG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ENGINEER_REVIEW_REQUIRED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Упоминается в тексте</w:t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IBIPC-BNK-002-2S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MOBILE BUNKERS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2-segment arrangement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SEGMENT_COUNT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PENDING_HUMAN_REVIEW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IBIPC-BNK-002-3S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MOBILE BUNKERS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3-segment arrangement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SEGMENT_COUNT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COMPLETE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PENDING_HUMAN_REVIEW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IBIPC-BNK-006-S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INTER-OPERATIONAL AMMUNITION DEPOT. TO STORE AMMO AT TRANSSHIPMENT POINTS.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SHORT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SHORT_LONG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ENGINEER_REVIEW_REQUIRED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Отдельный чертёж не показан</w:t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IBIPC-BNK-006-L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INTER-OPERATIONAL AMMUNITION DEPOT. TO STORE AMMO AT TRANSSHIPMENT POINTS.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LONG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SHORT_LONG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ENGINEER_REVIEW_REQUIRED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IBIPC-SHL-003-F16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HARDENED AIRCRAFT SHELTERS.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F-16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AIRCRAFT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NONE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ENGINEER_REVIEW_REQUIRED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Только в перечне (29)</w:t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IBIPC-SHL-003-F35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HARDENED AIRCRAFT SHELTERS.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F-35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AIRCRAFT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NONE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ENGINEER_REVIEW_REQUIRED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Только в перечне (30)</w:t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IBIPC-SYS-001-G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BUNKER FOR GENERATORS OR COGENERATION UNITS. SITE FOR SECURE POWER DELIVERY.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For generators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EQUIPMENT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PENDING_HUMAN_REVIEW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Перечень стр. 5 №24</w:t>
            </w:r>
          </w:p>
        </w:tc>
      </w:tr>
      <w:tr>
        <w:tc>
          <w:tcPr>
            <w:tcW w:type="dxa" w:w="2004"/>
          </w:tcPr>
          <w:p>
            <w:r>
              <w:rPr>
                <w:sz w:val="17"/>
              </w:rPr>
              <w:t>IBIPC-SYS-001-C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BUNKER FOR GENERATORS OR COGENERATION UNITS. SITE FOR SECURE POWER DELIVERY.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For cogeneration units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EQUIPMENT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PARTIAL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PENDING_HUMAN_REVIEW</w:t>
            </w:r>
          </w:p>
        </w:tc>
        <w:tc>
          <w:tcPr>
            <w:tcW w:type="dxa" w:w="2004"/>
          </w:tcPr>
          <w:p>
            <w:r>
              <w:rPr>
                <w:sz w:val="17"/>
              </w:rPr>
              <w:t>Перечень стр. 5 №25; чертёж показывает cogeneration unit</w:t>
            </w:r>
          </w:p>
        </w:tc>
      </w:tr>
    </w:tbl>
    <w:p/>
    <w:p>
      <w:pPr>
        <w:pStyle w:val="Heading1"/>
      </w:pPr>
      <w:r>
        <w:t>6. Technical Components / Технические компоненты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338"/>
        <w:gridCol w:w="2338"/>
        <w:gridCol w:w="2338"/>
        <w:gridCol w:w="2338"/>
        <w:gridCol w:w="2338"/>
        <w:gridCol w:w="2338"/>
      </w:tblGrid>
      <w:tr>
        <w:tc>
          <w:tcPr>
            <w:tcW w:type="dxa" w:w="2338"/>
          </w:tcPr>
          <w:p>
            <w:r>
              <w:rPr>
                <w:sz w:val="17"/>
              </w:rPr>
              <w:t>IBIPC_ID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Name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Subcategory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Geometry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Pages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Comment RU</w:t>
            </w:r>
          </w:p>
        </w:tc>
      </w:tr>
      <w:tr>
        <w:tc>
          <w:tcPr>
            <w:tcW w:type="dxa" w:w="2338"/>
          </w:tcPr>
          <w:p>
            <w:r>
              <w:rPr>
                <w:sz w:val="17"/>
              </w:rPr>
              <w:t>IBIPC-VEN-001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Firbach 50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Filter-Ventilation Units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31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338"/>
          </w:tcPr>
          <w:p>
            <w:r>
              <w:rPr>
                <w:sz w:val="17"/>
              </w:rPr>
              <w:t>IBIPC-VEN-002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Firbach 100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Filter-Ventilation Units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22, 30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338"/>
          </w:tcPr>
          <w:p>
            <w:r>
              <w:rPr>
                <w:sz w:val="17"/>
              </w:rPr>
              <w:t>IBIPC-VEN-003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Firbach 300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Filter-Ventilation Units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30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Размеры не даны.</w:t>
            </w:r>
          </w:p>
        </w:tc>
      </w:tr>
      <w:tr>
        <w:tc>
          <w:tcPr>
            <w:tcW w:type="dxa" w:w="2338"/>
          </w:tcPr>
          <w:p>
            <w:r>
              <w:rPr>
                <w:sz w:val="17"/>
              </w:rPr>
              <w:t>IBIPC-VEN-004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FV-400 air filter-ventilation unit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Filter-Ventilation Units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31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338"/>
          </w:tcPr>
          <w:p>
            <w:r>
              <w:rPr>
                <w:sz w:val="17"/>
              </w:rPr>
              <w:t>IBIPC-VEN-005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NANOPASARAN FILTER – CBRN PROTECTION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Filters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30, 31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338"/>
          </w:tcPr>
          <w:p>
            <w:r>
              <w:rPr>
                <w:sz w:val="17"/>
              </w:rPr>
              <w:t>IBIPC-VEN-006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Modular system of air ventilation and CBRN filtration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Modular Ventilation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30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338"/>
          </w:tcPr>
          <w:p>
            <w:r>
              <w:rPr>
                <w:sz w:val="17"/>
              </w:rPr>
              <w:t>IBIPC-TEC-001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HPF coarse dust filter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Robust Components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31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Functional proxy; размеры не даны.</w:t>
            </w:r>
          </w:p>
        </w:tc>
      </w:tr>
      <w:tr>
        <w:tc>
          <w:tcPr>
            <w:tcW w:type="dxa" w:w="2338"/>
          </w:tcPr>
          <w:p>
            <w:r>
              <w:rPr>
                <w:sz w:val="17"/>
              </w:rPr>
              <w:t>IBIPC-TEC-002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Liquid column air pressure manometer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Robust Components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31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Functional proxy; размеры не даны.</w:t>
            </w:r>
          </w:p>
        </w:tc>
      </w:tr>
      <w:tr>
        <w:tc>
          <w:tcPr>
            <w:tcW w:type="dxa" w:w="2338"/>
          </w:tcPr>
          <w:p>
            <w:r>
              <w:rPr>
                <w:sz w:val="17"/>
              </w:rPr>
              <w:t>IBIPC-TEC-003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Robust gas-tight valve / regulatory flap – TEMP-A (square flange)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Robust Components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31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TEMP_ID: точное наименование по каталогу не подписано индивидуально. Functional proxy; размеры не даны.</w:t>
            </w:r>
          </w:p>
        </w:tc>
      </w:tr>
      <w:tr>
        <w:tc>
          <w:tcPr>
            <w:tcW w:type="dxa" w:w="2338"/>
          </w:tcPr>
          <w:p>
            <w:r>
              <w:rPr>
                <w:sz w:val="17"/>
              </w:rPr>
              <w:t>IBIPC-TEC-004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Robust gas-tight valve / regulatory flap – TEMP-B (round flange, lever)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Robust Components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31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TEMP_ID: точное наименование по каталогу не подписано индивидуально. Functional proxy; размеры не даны.</w:t>
            </w:r>
          </w:p>
        </w:tc>
      </w:tr>
      <w:tr>
        <w:tc>
          <w:tcPr>
            <w:tcW w:type="dxa" w:w="2338"/>
          </w:tcPr>
          <w:p>
            <w:r>
              <w:rPr>
                <w:sz w:val="17"/>
              </w:rPr>
              <w:t>IBIPC-TEC-005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Robust gas-tight valve / regulatory flap – TEMP-C (handwheel)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Robust Components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31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TEMP_ID: точное наименование по каталогу не подписано индивидуально. Functional proxy; размеры не даны.</w:t>
            </w:r>
          </w:p>
        </w:tc>
      </w:tr>
      <w:tr>
        <w:tc>
          <w:tcPr>
            <w:tcW w:type="dxa" w:w="2338"/>
          </w:tcPr>
          <w:p>
            <w:r>
              <w:rPr>
                <w:sz w:val="17"/>
              </w:rPr>
              <w:t>IBIPC-TEC-006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Centrifugal fan VA 300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Robust Components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31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Functional proxy; размеры не даны.</w:t>
            </w:r>
          </w:p>
        </w:tc>
      </w:tr>
      <w:tr>
        <w:tc>
          <w:tcPr>
            <w:tcW w:type="dxa" w:w="2338"/>
          </w:tcPr>
          <w:p>
            <w:r>
              <w:rPr>
                <w:sz w:val="17"/>
              </w:rPr>
              <w:t>IBIPC-TEC-007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Air mass flow meter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Robust Components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31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Functional proxy; размеры не даны.</w:t>
            </w:r>
          </w:p>
        </w:tc>
      </w:tr>
      <w:tr>
        <w:tc>
          <w:tcPr>
            <w:tcW w:type="dxa" w:w="2338"/>
          </w:tcPr>
          <w:p>
            <w:r>
              <w:rPr>
                <w:sz w:val="17"/>
              </w:rPr>
              <w:t>IBIPC-TEC-008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Anti-blast valve / overpressure valve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Air Handling Parts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22, 25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Functional proxy; размеры не даны.</w:t>
            </w:r>
          </w:p>
        </w:tc>
      </w:tr>
      <w:tr>
        <w:tc>
          <w:tcPr>
            <w:tcW w:type="dxa" w:w="2338"/>
          </w:tcPr>
          <w:p>
            <w:r>
              <w:rPr>
                <w:sz w:val="17"/>
              </w:rPr>
              <w:t>IBIPC-TEC-009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Depressurized shut-off valve with ballistic protection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Air Handling Parts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23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Functional proxy; размеры не даны.</w:t>
            </w:r>
          </w:p>
        </w:tc>
      </w:tr>
      <w:tr>
        <w:tc>
          <w:tcPr>
            <w:tcW w:type="dxa" w:w="2338"/>
          </w:tcPr>
          <w:p>
            <w:r>
              <w:rPr>
                <w:sz w:val="17"/>
              </w:rPr>
              <w:t>IBIPC-TEC-010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Damper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Air Handling Parts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23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Functional proxy; размеры не даны.</w:t>
            </w:r>
          </w:p>
        </w:tc>
      </w:tr>
      <w:tr>
        <w:tc>
          <w:tcPr>
            <w:tcW w:type="dxa" w:w="2338"/>
          </w:tcPr>
          <w:p>
            <w:r>
              <w:rPr>
                <w:sz w:val="17"/>
              </w:rPr>
              <w:t>IBIPC-TEC-011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Ventilator (6,000 m³/h fan)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Air Handling Parts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23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Functional proxy; размеры не даны.</w:t>
            </w:r>
          </w:p>
        </w:tc>
      </w:tr>
      <w:tr>
        <w:tc>
          <w:tcPr>
            <w:tcW w:type="dxa" w:w="2338"/>
          </w:tcPr>
          <w:p>
            <w:r>
              <w:rPr>
                <w:sz w:val="17"/>
              </w:rPr>
              <w:t>IBIPC-TEC-012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Intake / exhaust filter (G3 / EU3)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Air Handling Parts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23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Functional proxy; размеры не даны.</w:t>
            </w:r>
          </w:p>
        </w:tc>
      </w:tr>
      <w:tr>
        <w:tc>
          <w:tcPr>
            <w:tcW w:type="dxa" w:w="2338"/>
          </w:tcPr>
          <w:p>
            <w:r>
              <w:rPr>
                <w:sz w:val="17"/>
              </w:rPr>
              <w:t>IBIPC-TEC-013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Exhaust muffler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Air Handling Parts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23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Functional proxy; размеры не даны.</w:t>
            </w:r>
          </w:p>
        </w:tc>
      </w:tr>
      <w:tr>
        <w:tc>
          <w:tcPr>
            <w:tcW w:type="dxa" w:w="2338"/>
          </w:tcPr>
          <w:p>
            <w:r>
              <w:rPr>
                <w:sz w:val="17"/>
              </w:rPr>
              <w:t>IBIPC-TEC-014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Battery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Power / Energy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22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Functional proxy; размеры не даны.</w:t>
            </w:r>
          </w:p>
        </w:tc>
      </w:tr>
      <w:tr>
        <w:tc>
          <w:tcPr>
            <w:tcW w:type="dxa" w:w="2338"/>
          </w:tcPr>
          <w:p>
            <w:r>
              <w:rPr>
                <w:sz w:val="17"/>
              </w:rPr>
              <w:t>IBIPC-TEC-015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Generator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Power / Energy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22, 23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Functional proxy; размеры не даны.</w:t>
            </w:r>
          </w:p>
        </w:tc>
      </w:tr>
      <w:tr>
        <w:tc>
          <w:tcPr>
            <w:tcW w:type="dxa" w:w="2338"/>
          </w:tcPr>
          <w:p>
            <w:r>
              <w:rPr>
                <w:sz w:val="17"/>
              </w:rPr>
              <w:t>IBIPC-TEC-016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Cogeneration unit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Power / Energy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23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Functional proxy; размеры не даны.</w:t>
            </w:r>
          </w:p>
        </w:tc>
      </w:tr>
      <w:tr>
        <w:tc>
          <w:tcPr>
            <w:tcW w:type="dxa" w:w="2338"/>
          </w:tcPr>
          <w:p>
            <w:r>
              <w:rPr>
                <w:sz w:val="17"/>
              </w:rPr>
              <w:t>IBIPC-TEC-017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Stainless steel water tank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Water / Sanitary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22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Functional proxy; размеры не даны.</w:t>
            </w:r>
          </w:p>
        </w:tc>
      </w:tr>
      <w:tr>
        <w:tc>
          <w:tcPr>
            <w:tcW w:type="dxa" w:w="2338"/>
          </w:tcPr>
          <w:p>
            <w:r>
              <w:rPr>
                <w:sz w:val="17"/>
              </w:rPr>
              <w:t>IBIPC-TEC-018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Chemical WC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Water / Sanitary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28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Functional proxy; размеры не даны.</w:t>
            </w:r>
          </w:p>
        </w:tc>
      </w:tr>
      <w:tr>
        <w:tc>
          <w:tcPr>
            <w:tcW w:type="dxa" w:w="2338"/>
          </w:tcPr>
          <w:p>
            <w:r>
              <w:rPr>
                <w:sz w:val="17"/>
              </w:rPr>
              <w:t>IBIPC-TEC-019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Bullet-proof glass slit (frame + glass + glass retainer)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Glazing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32, 4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Functional proxy; размеры не даны.</w:t>
            </w:r>
          </w:p>
        </w:tc>
      </w:tr>
      <w:tr>
        <w:tc>
          <w:tcPr>
            <w:tcW w:type="dxa" w:w="2338"/>
          </w:tcPr>
          <w:p>
            <w:r>
              <w:rPr>
                <w:sz w:val="17"/>
              </w:rPr>
              <w:t>IBIPC-TEC-020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Ladder (escape)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Access / Interior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22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Functional proxy; размеры не даны.</w:t>
            </w:r>
          </w:p>
        </w:tc>
      </w:tr>
      <w:tr>
        <w:tc>
          <w:tcPr>
            <w:tcW w:type="dxa" w:w="2338"/>
          </w:tcPr>
          <w:p>
            <w:r>
              <w:rPr>
                <w:sz w:val="17"/>
              </w:rPr>
              <w:t>IBIPC-TEC-021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Storage (supplies)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Access / Interior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ENVELOPE_ONLY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22</w:t>
            </w:r>
          </w:p>
        </w:tc>
        <w:tc>
          <w:tcPr>
            <w:tcW w:type="dxa" w:w="2338"/>
          </w:tcPr>
          <w:p>
            <w:r>
              <w:rPr>
                <w:sz w:val="17"/>
              </w:rPr>
              <w:t>Functional proxy; размеры не даны.</w:t>
            </w:r>
          </w:p>
        </w:tc>
      </w:tr>
    </w:tbl>
    <w:p/>
    <w:p>
      <w:pPr>
        <w:pStyle w:val="Heading1"/>
      </w:pPr>
      <w:r>
        <w:t>7. Materials / Материалы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506"/>
        <w:gridCol w:w="3506"/>
        <w:gridCol w:w="3506"/>
        <w:gridCol w:w="3506"/>
      </w:tblGrid>
      <w:tr>
        <w:tc>
          <w:tcPr>
            <w:tcW w:type="dxa" w:w="3506"/>
          </w:tcPr>
          <w:p>
            <w:r>
              <w:rPr>
                <w:sz w:val="17"/>
              </w:rPr>
              <w:t>ID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Name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Type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Parameters (value · source)</w:t>
            </w:r>
          </w:p>
        </w:tc>
      </w:tr>
      <w:tr>
        <w:tc>
          <w:tcPr>
            <w:tcW w:type="dxa" w:w="3506"/>
          </w:tcPr>
          <w:p>
            <w:r>
              <w:rPr>
                <w:sz w:val="17"/>
              </w:rPr>
              <w:t>MAT-001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UHPFRC – Ultra High Performance Fiber Reinforced Concrete (patented)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MATERIAL / CONSTRUCTION MATERIAL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compressive_strength_catalog: 150 MPa (CATALOG_CONFIRMED · p.29); tensile_strength_catalog: 15 MPa (CATALOG_CONFIRMED · p.29); compressive_strength_test_specimen: 163.3 MPa (TEST_REPORT_CONFIRMED · p.41); bulk_density_test_specimen: 2765 kg/m3 (TEST_REPORT_CONFIRMED · p.41); ballistic_blast_classification: A5, C4, D6 (STANAG 2280 Ed.2) – Conditionally Compliant (CERTIFICATE_CONFIRMED · p.42); patents: ["CZ 304 478 (CTU Prague)", "EP 3 351 518 A1"] (CATALOG_CONFIRMED · p.42); other_properties: ["unique high ductility", "zero radio transmission", "very high infrared shielding", "high nuclear (gamma / neutron) shielding", "water resistant"] (CATALOG_CONFIRMED · p.29); material_density: NOT_AVAILABLE (NOT_AVAILABLE · p.—)</w:t>
            </w:r>
          </w:p>
        </w:tc>
      </w:tr>
      <w:tr>
        <w:tc>
          <w:tcPr>
            <w:tcW w:type="dxa" w:w="3506"/>
          </w:tcPr>
          <w:p>
            <w:r>
              <w:rPr>
                <w:sz w:val="17"/>
              </w:rPr>
              <w:t>MAT-002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IBIPC UHPFRC Concrete Mixture (CONCRETE MIXTURES – rapid repair)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MATERIAL / CONSTRUCTION MATERIAL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compressive_strength: &gt;165 MPa (CATALOG_CONFIRMED · p.37); use: rapid repair of damaged defence / critical infrastructure objects (runways, bridges) (CATALOG_CONFIRMED · p.37)</w:t>
            </w:r>
          </w:p>
        </w:tc>
      </w:tr>
      <w:tr>
        <w:tc>
          <w:tcPr>
            <w:tcW w:type="dxa" w:w="3506"/>
          </w:tcPr>
          <w:p>
            <w:r>
              <w:rPr>
                <w:sz w:val="17"/>
              </w:rPr>
              <w:t>MAT-003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ARMOX 500T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ARMOR STEEL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layer_thickness: 2 × 16 mm (CATALOG_CONFIRMED · p.20)</w:t>
            </w:r>
          </w:p>
        </w:tc>
      </w:tr>
      <w:tr>
        <w:tc>
          <w:tcPr>
            <w:tcW w:type="dxa" w:w="3506"/>
          </w:tcPr>
          <w:p>
            <w:r>
              <w:rPr>
                <w:sz w:val="17"/>
              </w:rPr>
              <w:t>MAT-004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ARMOX 440T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ARMOR STEEL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layer_thickness: 8 mm (CATALOG_CONFIRMED · p.20)</w:t>
            </w:r>
          </w:p>
        </w:tc>
      </w:tr>
      <w:tr>
        <w:tc>
          <w:tcPr>
            <w:tcW w:type="dxa" w:w="3506"/>
          </w:tcPr>
          <w:p>
            <w:r>
              <w:rPr>
                <w:sz w:val="17"/>
              </w:rPr>
              <w:t>MAT-005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UHPRC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CONCRETE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—</w:t>
            </w:r>
          </w:p>
        </w:tc>
      </w:tr>
      <w:tr>
        <w:tc>
          <w:tcPr>
            <w:tcW w:type="dxa" w:w="3506"/>
          </w:tcPr>
          <w:p>
            <w:r>
              <w:rPr>
                <w:sz w:val="17"/>
              </w:rPr>
              <w:t>MAT-006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High-strength concrete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CONCRETE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—</w:t>
            </w:r>
          </w:p>
        </w:tc>
      </w:tr>
      <w:tr>
        <w:tc>
          <w:tcPr>
            <w:tcW w:type="dxa" w:w="3506"/>
          </w:tcPr>
          <w:p>
            <w:r>
              <w:rPr>
                <w:sz w:val="17"/>
              </w:rPr>
              <w:t>MAT-007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High-strength steel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STEEL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—</w:t>
            </w:r>
          </w:p>
        </w:tc>
      </w:tr>
      <w:tr>
        <w:tc>
          <w:tcPr>
            <w:tcW w:type="dxa" w:w="3506"/>
          </w:tcPr>
          <w:p>
            <w:r>
              <w:rPr>
                <w:sz w:val="17"/>
              </w:rPr>
              <w:t>MAT-008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Rolled steel profile HEB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STEEL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—</w:t>
            </w:r>
          </w:p>
        </w:tc>
      </w:tr>
      <w:tr>
        <w:tc>
          <w:tcPr>
            <w:tcW w:type="dxa" w:w="3506"/>
          </w:tcPr>
          <w:p>
            <w:r>
              <w:rPr>
                <w:sz w:val="17"/>
              </w:rPr>
              <w:t>MAT-009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High performance concrete C105/115 (EN 206)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CONCRETE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strength_class: C105/115 (CATALOG_CONFIRMED · p.22)</w:t>
            </w:r>
          </w:p>
        </w:tc>
      </w:tr>
      <w:tr>
        <w:tc>
          <w:tcPr>
            <w:tcW w:type="dxa" w:w="3506"/>
          </w:tcPr>
          <w:p>
            <w:r>
              <w:rPr>
                <w:sz w:val="17"/>
              </w:rPr>
              <w:t>MAT-010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Rubber seal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ELASTOMER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—</w:t>
            </w:r>
          </w:p>
        </w:tc>
      </w:tr>
      <w:tr>
        <w:tc>
          <w:tcPr>
            <w:tcW w:type="dxa" w:w="3506"/>
          </w:tcPr>
          <w:p>
            <w:r>
              <w:rPr>
                <w:sz w:val="17"/>
              </w:rPr>
              <w:t>MAT-011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Permanently flexible rubber granulate filling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ELASTOMER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—</w:t>
            </w:r>
          </w:p>
        </w:tc>
      </w:tr>
      <w:tr>
        <w:tc>
          <w:tcPr>
            <w:tcW w:type="dxa" w:w="3506"/>
          </w:tcPr>
          <w:p>
            <w:r>
              <w:rPr>
                <w:sz w:val="17"/>
              </w:rPr>
              <w:t>MAT-012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Stone plane with earthen backfill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PROTECTIVE LAYER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—</w:t>
            </w:r>
          </w:p>
        </w:tc>
      </w:tr>
      <w:tr>
        <w:tc>
          <w:tcPr>
            <w:tcW w:type="dxa" w:w="3506"/>
          </w:tcPr>
          <w:p>
            <w:r>
              <w:rPr>
                <w:sz w:val="17"/>
              </w:rPr>
              <w:t>MAT-013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Bullet-proof ballistic glass STANAG 4569 Level IV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GLAZING</w:t>
            </w:r>
          </w:p>
        </w:tc>
        <w:tc>
          <w:tcPr>
            <w:tcW w:type="dxa" w:w="3506"/>
          </w:tcPr>
          <w:p>
            <w:r>
              <w:rPr>
                <w:sz w:val="17"/>
              </w:rPr>
              <w:t>standard: STANAG 4569 Level IV (CATALOG_CONFIRMED · p.4)</w:t>
            </w:r>
          </w:p>
        </w:tc>
      </w:tr>
    </w:tbl>
    <w:p/>
    <w:p>
      <w:pPr>
        <w:pStyle w:val="Heading1"/>
      </w:pPr>
      <w:r>
        <w:t>8. Geometry completeness / Полнота геометрии</w:t>
      </w:r>
    </w:p>
    <w:p>
      <w:r>
        <w:rPr>
          <w:b/>
        </w:rPr>
        <w:t>COMPLETE — Полная геометрия: 17</w:t>
      </w:r>
    </w:p>
    <w:p>
      <w:r>
        <w:t>IBIPC-BAR-001 Ballistic Concrete Bench, IBIPC-BAR-002 Ballistic Concrete Flower Box, IBIPC-BAR-004 Ballistic Seat, IBIPC-WAL-002 Mobile T-Wall, IBIPC-RDB-001 Concrete Pyramid, IBIPC-STR-001 Universal Construction Segment, IBIPC-STR-016 Pass-through opening Ø50 mm, IBIPC-STR-020 Ballistic Plate, IBIPC-DOR-001 Sandwich Ballistic-Resistant Door, IBIPC-BNK-001 Checkpoint, IBIPC-BNK-002 Mobile Bunker, IBIPC-BNK-003 Basic Infantry Bunker, IBIPC-BNK-004 Extended Infantry Bunker – 4 riflemen, IBIPC-BNK-005 Extended Infantry Bunker – 8 riflemen, IBIPC-BNK-007 Ammo Bunker / Operative Ammunition Bunker, IBIPC-BNK-008 Medic Bunker, IBIPC-SHL-002 Civil Defence Shelter</w:t>
      </w:r>
    </w:p>
    <w:p>
      <w:r>
        <w:rPr>
          <w:b/>
        </w:rPr>
        <w:t>PARTIAL — Частичная геометрия: 15</w:t>
      </w:r>
    </w:p>
    <w:p>
      <w:r>
        <w:t>IBIPC-WAL-001 Ballistic Wall, IBIPC-RDB-002 Mobile Roadblock STING, IBIPC-STR-010 End Lid I – door, IBIPC-STR-011 End Lid II – slit / embrasure, IBIPC-STR-013 Stepped embrasure (±28°), IBIPC-STR-014 Observation slit, IBIPC-STR-015 Escape hatch / emergency exit, IBIPC-STR-017 Safety partition (Ammo Depot / Command Bunker), IBIPC-CAB-001 Cable Protection Tunnel, IBIPC-BNK-006 Inter-Operational Ammunition Depot, IBIPC-BNK-009 Class A Hardened Infantry Bunker, IBIPC-BNK-010 Class B Hardened Infantry Bunker, IBIPC-BNK-011 Command Bunker, IBIPC-SHL-001 Underground Shelter, IBIPC-SYS-001 Bunker for Generators or Cogeneration Units</w:t>
      </w:r>
    </w:p>
    <w:p>
      <w:r>
        <w:rPr>
          <w:b/>
        </w:rPr>
        <w:t>ENVELOPE_ONLY — Только габарит / прокси: 30</w:t>
      </w:r>
    </w:p>
    <w:p>
      <w:r>
        <w:t>IBIPC-BAR-003 Ground-based plate (Flower Box base), IBIPC-STR-012 Rubber seal (segment joint), IBIPC-DOR-002 Barred Door, IBIPC-VEN-001 Firbach 50, IBIPC-VEN-002 Firbach 100, IBIPC-VEN-003 Firbach 300, IBIPC-VEN-004 FV-400 air filter-ventilation unit, IBIPC-VEN-005 NANOPASARAN FILTER – CBRN PROTECTION, IBIPC-VEN-006 Modular system of air ventilation and CBRN filtration, IBIPC-TEC-001 HPF coarse dust filter, IBIPC-TEC-002 Liquid column air pressure manometer, IBIPC-TEC-003 Robust gas-tight valve / regulatory flap – TEMP-A (square flange), IBIPC-TEC-004 Robust gas-tight valve / regulatory flap – TEMP-B (round flange, lever), IBIPC-TEC-005 Robust gas-tight valve / regulatory flap – TEMP-C (handwheel), IBIPC-TEC-006 Centrifugal fan VA 300, IBIPC-TEC-007 Air mass flow meter, IBIPC-TEC-008 Anti-blast valve / overpressure valve, IBIPC-TEC-009 Depressurized shut-off valve with ballistic protection, IBIPC-TEC-010 Damper, IBIPC-TEC-011 Ventilator (6,000 m³/h fan), IBIPC-TEC-012 Intake / exhaust filter (G3 / EU3), IBIPC-TEC-013 Exhaust muffler, IBIPC-TEC-014 Battery, IBIPC-TEC-015 Generator, IBIPC-TEC-016 Cogeneration unit, IBIPC-TEC-017 Stainless steel water tank, IBIPC-TEC-018 Chemical WC, IBIPC-TEC-019 Bullet-proof glass slit (frame + glass + glass retainer), IBIPC-TEC-020 Ladder (escape), IBIPC-TEC-021 Storage (supplies)</w:t>
      </w:r>
    </w:p>
    <w:p>
      <w:r>
        <w:rPr>
          <w:b/>
        </w:rPr>
        <w:t>NONE — Геометрии нет: 11</w:t>
      </w:r>
    </w:p>
    <w:p>
      <w:r>
        <w:t>IBIPC-BAR-005 BLAST RESISTANT MOBILE LITTER BINS, IBIPC-RDB-010 Ship's shackle, IBIPC-RDB-011 Nautical anchor chain, IBIPC-BNK-020 PANIC ROOM, IBIPC-BNK-021 MILITARY DEFENSE BUNKER, IBIPC-BNK-022 INVACUATION BUNKER, IBIPC-BNK-023 Emergency Shelter, IBIPC-BNK-024 Hardened safety bunker, IBIPC-SHL-003 Hardened Aircraft Shelter, IBIPC-SYS-002 Custom-Made Bunker Casting, IBIPC-SYS-003 MODULAR CONTAINER DATA CENTERS</w:t>
      </w:r>
    </w:p>
    <w:p>
      <w:pPr>
        <w:pStyle w:val="Heading1"/>
      </w:pPr>
      <w:r>
        <w:t>9. ENGINEER REVIEW REQUIRED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05"/>
        <w:gridCol w:w="2805"/>
        <w:gridCol w:w="2805"/>
        <w:gridCol w:w="2805"/>
        <w:gridCol w:w="2805"/>
      </w:tblGrid>
      <w:tr>
        <w:tc>
          <w:tcPr>
            <w:tcW w:type="dxa" w:w="2805"/>
          </w:tcPr>
          <w:p>
            <w:r>
              <w:rPr>
                <w:sz w:val="17"/>
              </w:rPr>
              <w:t>Ref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Name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Kind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Pages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Issue RU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IBIPC-BAR-003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Ground-based plate (Flower Box base)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8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Плита упомянута в тексте, размеры не даны.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IBIPC-BAR-005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BLAST RESISTANT MOBILE LITTER BINS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Есть только в перечне стр. 5; страницы изделия нет. Модель не создавать до получения данных.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IBIPC-WAL-001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BALLISTIC WALLS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10, 5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Размеров панелей, колонн и фундамента нет. Состав узла анкеровки известен.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IBIPC-STR-010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End Lid with door opening (LID I)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12, 13, 27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IBIPC-STR-011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End Lid with observation slit / embrasure (LID II)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12, 13, 27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IBIPC-STR-013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Stepped embrasure (±28°)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12, 13, 14, 15, 16, 32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Ступенчатая амбразура — элемент сегмента/крышки, не отдельное изделие.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IBIPC-STR-015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Escape hatch / emergency exit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13, 22, 27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IBIPC-CAB-001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TUNNELS TO PROTECT HIGH PRIORITY CABLES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33, 5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Номер 10 в перечне задвоен (10 — Tunnels и 10 — Panic Room).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IBIPC-BNK-005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EXTENDED INFANTRY BUNKER. FOR EIGHT RIFLEMEN, TO PROTECT A 10-MAN SQUAD.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16, 5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IBIPC-BNK-006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INTER-OPERATIONAL AMMUNITION DEPOT. TO STORE AMMO AT TRANSSHIPMENT POINTS.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17, 5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IBIPC-BNK-007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AMMO BUNKER.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18, 5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IBIPC-BNK-009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CLASS A HARDENED INFANTRY BUNKER. TO CONDUCT COMBAT OPERATIONS.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24, 26, 5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Число модулей по плану (5 пролётов) — визуальная оценка.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IBIPC-BNK-010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CLASS B HARDENED INFANTRY BUNKER. PERSONNEL PROTECTION.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25, 26, 5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IBIPC-BNK-011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COMMAND BUNKER. LEADING TACTICAL - OPERATIONAL CONTROL STATION.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28, 5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IBIPC-BNK-020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PANIC ROOM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Только в перечне; страницы изделия нет.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IBIPC-BNK-021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MILITARY DEFENSE BUNKER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Только в перечне; страницы изделия нет.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IBIPC-BNK-022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INVACUATION BUNKER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5, 38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Только в перечне; страницы изделия нет.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IBIPC-BNK-023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Emergency Shelter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38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Упомянуто только в письме МО ЧР (стр. 38).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IBIPC-BNK-024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Hardened safety bunker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38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Упомянуто только в письме МО ЧР (стр. 38).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IBIPC-SHL-001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UNDERGROUND SHELTERS.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22, 5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IBIPC-SHL-002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CIVIL DEFENCE SHELTERS.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27, 5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IBIPC-SHL-003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HARDENED AIRCRAFT SHELTERS.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29, 5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GEOMETRY PARTIAL — ENGINEERING DATA REQUIRED. Размеров нет.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IBIPC-SYS-001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BUNKER FOR GENERATORS OR COGENERATION UNITS. SITE FOR SECURE POWER DELIVERY.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23, 5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IBIPC-SYS-003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MODULAR CONTAINER DATA CENTERS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Только в перечне.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IBIPC-TEC-003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Robust gas-tight valve / regulatory flap – TEMP-A (square flange)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31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TEMP_ID: точное наименование по каталогу не подписано индивидуально. Functional proxy; размеры не даны.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IBIPC-TEC-004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Robust gas-tight valve / regulatory flap – TEMP-B (round flange, lever)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31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TEMP_ID: точное наименование по каталогу не подписано индивидуально. Functional proxy; размеры не даны.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IBIPC-TEC-005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Robust gas-tight valve / regulatory flap – TEMP-C (handwheel)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31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TEMP_ID: точное наименование по каталогу не подписано индивидуально. Functional proxy; размеры не даны.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IBIPC-BAR-001-L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BALLISTIC CONCRETE BENCHES – LIGHT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VARIANT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7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 xml:space="preserve">Различие с HEAVY не указано 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IBIPC-BAR-001-H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BALLISTIC CONCRETE BENCHES – HEAVY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VARIANT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7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 xml:space="preserve">Различие с LIGHT не указано 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IBIPC-BAR-002-L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BALLISTIC CONCRETE FLOWER BOXES – LIGHT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VARIANT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8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 xml:space="preserve">Не раскрыто 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IBIPC-BAR-002-H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BALLISTIC CONCRETE FLOWER BOXES – HEAVY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VARIANT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8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 xml:space="preserve">Не раскрыто 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IBIPC-BAR-002-GP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BALLISTIC CONCRETE FLOWER BOXES – On ground-based plate (two-part)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VARIANT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8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 xml:space="preserve">Геометрия плиты основания не дана 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IBIPC-WAL-002-S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MOBILE T - WALLS – Solid (no openings)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VARIANT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32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 xml:space="preserve">Показан только на фото 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IBIPC-RDB-001-L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CONCRETE PYRAMID – LIGHT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VARIANT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35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 xml:space="preserve"> 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IBIPC-RDB-002-UH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MOBILE ROADBLOCK – STING – UHPRC – HEAVY TANKS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VARIANT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36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 xml:space="preserve">Отдельная запись по материалу/классу угрозы 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IBIPC-RDB-002-HC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MOBILE ROADBLOCK – STING – High-strength concrete – MIDDLE TANKS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VARIANT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36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 xml:space="preserve">Отдельная запись по материалу/классу угрозы 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IBIPC-RDB-002-HS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MOBILE ROADBLOCK – STING – High-strength steel – COMBAT VEHICLES, TRUCKS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VARIANT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36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 xml:space="preserve">Отдельная запись по материалу/классу угрозы 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IBIPC-RDB-002-PO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MOBILE ROADBLOCK – STING – High-strength steel – CARS (Police version)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VARIANT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36, 43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 xml:space="preserve">Отдельная запись по материалу/классу угрозы 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IBIPC-STR-001-IID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UNIVERSAL CONSTRUCTION SEGMENT – TYPE II – as drawn on pp. 17/23/28 (3.6 × 3.6 m, wall 300 mm)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VARIANT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17, 23, 28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Не подтверждённый отдельный тип; уточнить у IBIPC DSC-005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IBIPC-CAB-001-LC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TUNNELS TO PROTECT HIGH PRIORITY CABLES – LIGHT – CONVEX LID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VARIANT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33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 xml:space="preserve">Размеры по варианту не даны 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IBIPC-CAB-001-LF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TUNNELS TO PROTECT HIGH PRIORITY CABLES – LIGHT – FLAT LID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VARIANT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33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 xml:space="preserve">Размеры по варианту не даны 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IBIPC-CAB-001-HC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TUNNELS TO PROTECT HIGH PRIORITY CABLES – HEAVY – CONVEX LID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VARIANT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33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 xml:space="preserve">Размеры по варианту не даны 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IBIPC-CAB-001-HF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TUNNELS TO PROTECT HIGH PRIORITY CABLES – HEAVY – FLAT LID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VARIANT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33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 xml:space="preserve">Размеры по варианту не даны 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IBIPC-DOR-001-DD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SANDWICH BALLISTIC-RESISTANT DOORS. ARMORED AND CAST IN UHPFRC. – Double door (bulletproof, forklift loading)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VARIANT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17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 xml:space="preserve">Размеры не даны 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IBIPC-DOR-001-LH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SANDWICH BALLISTIC-RESISTANT DOORS. ARMORED AND CAST IN UHPFRC. – Door with loopholes (Class A)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VARIANT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24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 xml:space="preserve">Геометрия бойниц не дана 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IBIPC-DOR-001-GT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SANDWICH BALLISTIC-RESISTANT DOORS. ARMORED AND CAST IN UHPFRC. – Armored gas-tight / anti-pressure door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VARIANT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25, 28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 xml:space="preserve">Упоминается в тексте 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IBIPC-BNK-006-S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INTER-OPERATIONAL AMMUNITION DEPOT. TO STORE AMMO AT TRANSSHIPMENT POINTS. – SHORT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VARIANT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17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 xml:space="preserve">Отдельный чертёж не показан 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IBIPC-BNK-006-L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INTER-OPERATIONAL AMMUNITION DEPOT. TO STORE AMMO AT TRANSSHIPMENT POINTS. – LONG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VARIANT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17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 xml:space="preserve"> 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IBIPC-SHL-003-F16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HARDENED AIRCRAFT SHELTERS. – F-16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VARIANT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 xml:space="preserve">Только в перечне (29) 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IBIPC-SHL-003-F35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HARDENED AIRCRAFT SHELTERS. – F-35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VARIANT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 xml:space="preserve">Только в перечне (30) 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DSC-001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DISCREPANCY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Нумерация перечня: «TOTAL OF 30 PRODUCTS», но номера 10 и 20 повторяются (32 позиции); стр. 3 — «22 types»; стр. 38 — «up to 12 types».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DSC-002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DISCREPANCY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5, 38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Позиции без страницы изделия: 08 Litter Bins, 10 Panic Room, 21 Military Defense Bunker, 22 Modular Container Data Centers, 23 Invacuation Bunker; стр. 38 — Emergency Shelter, Hardened safety bunker.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DSC-003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DISCREPANCY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5, 11, 20, 30, 31, 37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Страницы изделий не в перечне: Universal Construction Segment, Sandwich Doors, Filtration units, Robust Components, Concrete Mixtures.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DSC-004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DISCREPANCY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5, 17, 34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Разные названия: «Inter-operative ammunition bunker» / «Inter-operational ammunition depot»; «Ballistic shields to reinforce the building» / «Balistic plates».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DSC-005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DISCREPANCY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11, 17, 23, 28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TYPE II: 3.4×3.4 м, стенка 0.2 м (стр. 11) vs чертежи 3600 / 3000 / 300 мм (стр. 17, 23, 28).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DSC-006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DISCREPANCY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18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Ammo Bunker: 340 + 3×1990 = 6310 мм, указано 6130 мм.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DSC-007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DISCREPANCY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27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Civil Defence Shelter: 340 + 5×1990 + 200 = 10490 мм, указано 10450 мм.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DSC-008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DISCREPANCY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35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Pyramid LIGHT: объём 0.58 м³ больше HEAVY 0.47 м³ при массе 0.15 т (ожидаемо ≈0.058 м³).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DSC-009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DISCREPANCY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22, 30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Firbach 100: inlet overpressure valve D125 (стр. 22) vs D120 (стр. 30).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DSC-010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DISCREPANCY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22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Underground Shelter: избыточное давление 1.8 Pa — аномально мало.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DSC-011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DISCREPANCY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23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Generator bunker: в тексте фильтр G3, на чертеже «Filter EU3».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DSC-012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DISCREPANCY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4, 38, 42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Классы: каталог/сертификат A5, C4, D6; письмо МО ЧР — A5, D4, E6.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DSC-013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DISCREPANCY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36, 43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Police STING: каталог — High-strength steel; сертификат — «Concrete panel (main surface)» и «Small Metal Roadblock».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DSC-014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DISCREPANCY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36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STING heavy: «UHPRC» (возможно UHPFRC).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DSC-015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DISCREPANCY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9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Ballistic Seat: сумма ячеек 1140 мм ≠ 1500 мм.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DSC-016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DISCREPANCY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17, 28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Площади/объёмы: «24m³/72m³», «6 m²» (стр. 17), «18 m²» и «24m²/72m³» (стр. 28) не согласуются с 4000×3000; SHORT/LONG не показаны отдельно.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DSC-017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DISCREPANCY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29, 37, 41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Прочность UHPFRC: 150 МПа (стр. 29), &gt;165 МПа (стр. 37), 163.3 МПа тест (стр. 41).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DSC-018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DISCREPANCY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25, 26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Class B: 152 мм (стр. 25) vs моделирование 155 мм (стр. 26).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DSC-019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DISCREPANCY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5, 29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HAS F-16 / F-35 — только в перечне; на стр. 29 вариантов и размеров нет.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DSC-020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DISCREPANCY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5, 23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Перечень: 24 Generators и 25 Cogeneration отдельно; в каталоге одна страница.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DSC-021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DISCREPANCY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11, 42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Сертификат: базовая часть бункера 2400×2400×200; TYPE I — 2.4×2.5 м.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DSC-022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DISCREPANCY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9, 12, 13, 22, 27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Часть подписей на чешском (Montážní otvor, prům., Zásoby, sklad, VÝŠKA).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DSC-024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DISCREPANCY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35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Pyramid: L/H/W точно соответствуют правильному тетраэдру (ребро 1350 → H 1102, W 1169), но его объём 0.290 м³ ≠ табличные 0.47 м³ (MEDIUM 0.118 ≠ 0.27). Выявлено при построении 3D.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DSC-023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DISCREPANCY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4, 5, 30, 34, 38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Опечатки: BALISTIC, MOBIL BUNKER, PATTREN, Rerd, HEIGHTH, HNADLE, INVACUATION, IBIBC.</w:t>
            </w:r>
          </w:p>
        </w:tc>
      </w:tr>
    </w:tbl>
    <w:p/>
    <w:p>
      <w:pPr>
        <w:pStyle w:val="Heading1"/>
      </w:pPr>
      <w:r>
        <w:t>10. Evidence / Documents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05"/>
        <w:gridCol w:w="2805"/>
        <w:gridCol w:w="2805"/>
        <w:gridCol w:w="2805"/>
        <w:gridCol w:w="2805"/>
      </w:tblGrid>
      <w:tr>
        <w:tc>
          <w:tcPr>
            <w:tcW w:type="dxa" w:w="2805"/>
          </w:tcPr>
          <w:p>
            <w:r>
              <w:rPr>
                <w:sz w:val="17"/>
              </w:rPr>
              <w:t>ID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Type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Pages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Description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Linked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EV-001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SOURCE_REFERENCE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3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Introductory word: NCAGE 8286G, NSN, STANAG 2280:2016, 22 types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ALL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EV-002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CATALOG_GENERAL_CLAIM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4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STANAG 2280:2016 Ed.2 A5 / C4 / D6; STANAG 4569 Level IV glass &amp; occupant protection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ALL bunkers / shelters / checkpoints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EV-003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SOURCE_REFERENCE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6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Research &amp; development: CTU Prague, University of Defence, Military Research Institute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ALL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EV-004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CERTIFICATION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11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MoD CR registration BUNKR IBIPC No. S-22802016, MCN 0145410000544, ID A492H04BAYR6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IBIPC-STR-001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EV-005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CERTIFICATION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36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MoD CR register FOLDING BARRIERS Matl. Class. No. 0144110901003, 0145450000003, 0145450000027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IBIPC-RDB-002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EV-006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MINISTRY_REFERENCE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38, 39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MoD CR reference No. 490537/2024-1216 (17 June 2024): A5, D4, E6; NSN 5411160090335; up to 12 types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ALL bunkers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EV-007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TEST_REPORT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40, 41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CTU Testing Laboratory 1048 – Test report 133 003/2021: compressive strength 163.3 ±7.1 MPa, density 2765 ±64 kg/m³ (6 specimens)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MAT-001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EV-008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CERTIFICATION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42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VVÚ Certificate 2280-011-2022 (Brno, 30 Jan 2023): UHPFRC A5, C4, D6 – Conditionally Compliant; sample 500×500×200, bunker part 2400×2400×200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MAT-001, IBIPC-STR-001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EV-009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CERTIFICATION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43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VVÚ Certificate 2280-001-2025 (6 Nov 2025): Small Metal Roadblock (Police Type) KČM 014 545 000 0027 – E3 Conditionally Compliant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IBIPC-RDB-002-PO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EV-010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TEST_EVIDENCE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44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Preparation of test plates and bunker element for blast &amp; shrapnel tests (photos)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IBIPC-STR-001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EV-011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TEST_EVIDENCE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45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Photos: 12.7×99 API M8 / 14.5×114 API M32; 107 mm rocket / 120 mm mortar at 1.5 m; 20 kg TNT at 5 m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MAT-001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EV-012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STANDARD_REFERENCE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46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NATO STANAG 2280:2016 / ATP-3.12.1.8 classification table (A–E, levels 1–6)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ALL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EV-013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TEST_EVIDENCE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20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Bunker door resistance test: 7.62×54R API, 7.62×51 AP8 (WC), 12.7×99 API M8, 14.5×114 API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IBIPC-DOR-001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EV-014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TEST_EVIDENCE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17, 23, 28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Shrapnel test: 120 mm mortar shell exploded on bunker ceiling (photos)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IBIPC-BNK-006, IBIPC-SYS-001, IBIPC-BNK-011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EV-015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SOURCE_REFERENCE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29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Excerpt from CTU report (Dept. of Concrete and Masonry Structures): 150 MPa / 15 MPa, A5/C4/D6, shielding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MAT-001, IBIPC-SHL-003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EV-016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PROJECT_SPECIFIC_DOCUMENT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21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Structural engineering report excerpt (project-specific)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IBIPC-SYS-002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EV-017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SIMULATION_CLAIM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8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Explicit numerical simulation: restrains 20 t truck at 100 km/h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IBIPC-BAR-002</w:t>
            </w:r>
          </w:p>
        </w:tc>
      </w:tr>
    </w:tbl>
    <w:p/>
    <w:p>
      <w:pPr>
        <w:pStyle w:val="Heading1"/>
      </w:pPr>
      <w:r>
        <w:t>11. Page-by-page Coverage / Покрытие каталога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05"/>
        <w:gridCol w:w="2805"/>
        <w:gridCol w:w="2805"/>
        <w:gridCol w:w="2805"/>
        <w:gridCol w:w="2805"/>
      </w:tblGrid>
      <w:tr>
        <w:tc>
          <w:tcPr>
            <w:tcW w:type="dxa" w:w="2805"/>
          </w:tcPr>
          <w:p>
            <w:r>
              <w:rPr>
                <w:sz w:val="17"/>
              </w:rPr>
              <w:t>Page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Title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Type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Captured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Records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Cover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COVER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N/A – cover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2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Cover (inner)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COVER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N/A – cover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3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INTRODUCTORY WORD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SOURCE_REFERENCE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EV-001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4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USE OF IBIPC PROTECTION ELEMENTS / PRODUCT LINE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GENERAL_CLAIM + APPEARANCE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IBIPC-TEC-019, EV-002, MAT-013, APP-001, APP-002, APP-003, APP-004, APP-005, APP-006, APP-007, APP-008, APP-009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SYSTEMATIC BREAKDOWN – TOTAL OF 30 PRODUCTS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PRODUCT_LIST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IBIPC-BAR-001, IBIPC-BAR-002, IBIPC-BAR-004, IBIPC-BAR-005, IBIPC-WAL-001, IBIPC-WAL-002, IBIPC-RDB-001, IBIPC-RDB-002, IBIPC-STR-020, IBIPC-CAB-001, IBIPC-BNK-001, IBIPC-BNK-002, IBIPC-BNK-003, IBIPC-BNK-004, IBIPC-BNK-005, IBIPC-BNK-006, IBIPC-BNK-007, IBIPC-BNK-008, IBIPC-BNK-009, IBIPC-BNK-010, IBIPC-BNK-011, IBIPC-BNK-020, IBIPC-BNK-021, IBIPC-BNK-022, IBIPC-SHL-001, IBIPC-SHL-002, IBIPC-SHL-003, IBIPC-SYS-001, IBIPC-SYS-002, IBIPC-SYS-003, IBIPC-SHL-003-F16, IBIPC-SHL-003-F35, IBIPC-SYS-001-G, IBIPC-SYS-001-C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6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RESEARCH AND DEVELOPMENT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SOURCE_REFERENCE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EV-003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7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BALLISTIC CONCRETE BENCHES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IBIPC-BAR-001, IBIPC-BAR-001-L, IBIPC-BAR-001-H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8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BALLISTIC CONCRETE FLOWER BOXES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IBIPC-BAR-002, IBIPC-BAR-003, IBIPC-BAR-002-L, IBIPC-BAR-002-H, IBIPC-BAR-002-FS, IBIPC-BAR-002-GP, EV-017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9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BALLISTIC SEATS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IBIPC-BAR-004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10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BALLISTIC WALLS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IBIPC-WAL-001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11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UNIVERSAL CONSTRUCTION SEGMENT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 + CERTIFICATION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IBIPC-STR-001, IBIPC-STR-012, IBIPC-STR-001-I, IBIPC-STR-001-II, EV-004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12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CHECKPOINTS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IBIPC-STR-010, IBIPC-STR-011, IBIPC-STR-013, IBIPC-STR-014, IBIPC-STR-016, IBIPC-BNK-001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13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MOBILE BUNKERS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IBIPC-STR-010, IBIPC-STR-011, IBIPC-STR-013, IBIPC-STR-014, IBIPC-STR-015, IBIPC-STR-016, IBIPC-BNK-002, IBIPC-BNK-002-2S, IBIPC-BNK-002-3S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14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BASIC INFANTRY BUNKER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IBIPC-STR-013, IBIPC-STR-014, IBIPC-BNK-003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15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EXTENDED INFANTRY BUNKER – 4 RIFLEMEN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IBIPC-STR-013, IBIPC-STR-014, IBIPC-BNK-004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16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EXTENDED INFANTRY BUNKER – 8 RIFLEMEN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IBIPC-STR-013, IBIPC-STR-014, IBIPC-BNK-005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17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INTER-OPERATIONAL AMMUNITION DEPOT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ASSEMBLY + TEST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IBIPC-STR-017, IBIPC-BNK-006, IBIPC-STR-001-IID, IBIPC-DOR-001-DD, IBIPC-BNK-006-S, IBIPC-BNK-006-L, EV-014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18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AMMO BUNKER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IBIPC-BNK-007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19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MEDIC BUNKER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IBIPC-BNK-008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20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SANDWICH BALLISTIC-RESISTANT DOORS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COMPONENT + TEST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IBIPC-DOR-001, IBIPC-DOR-001-S, EV-013, MAT-003, MAT-004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21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CUSTOM-MADE BUNKER CASTING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TEMPLATE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IBIPC-SYS-002, EV-016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22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UNDERGROUND SHELTERS / FIRBACH 100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ASSEMBLY + EQUIPMENT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IBIPC-STR-015, IBIPC-DOR-002, IBIPC-SHL-001, IBIPC-VEN-002, IBIPC-TEC-008, IBIPC-TEC-014, IBIPC-TEC-015, IBIPC-TEC-017, IBIPC-TEC-020, IBIPC-TEC-021, MAT-009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23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BUNKER FOR GENERATORS OR COGENERATION UNITS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ASSEMBLY + EQUIPMENT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IBIPC-SYS-001, IBIPC-TEC-009, IBIPC-TEC-010, IBIPC-TEC-011, IBIPC-TEC-012, IBIPC-TEC-013, IBIPC-TEC-015, IBIPC-TEC-016, IBIPC-STR-001-IID, IBIPC-SYS-001-G, IBIPC-SYS-001-C, EV-014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24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CLASS A HARDENED INFANTRY BUNKER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IBIPC-BNK-009, IBIPC-DOR-001-LH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25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CLASS B HARDENED INFANTRY BUNKER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IBIPC-BNK-010, IBIPC-TEC-008, IBIPC-DOR-001-GT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26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CLASS A &amp; B HARDENED INFANTRY BUNKER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ASSEMBLY (description)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IBIPC-BNK-009, IBIPC-BNK-010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27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CIVIL DEFENCE SHELTERS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ASSEMBLY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IBIPC-STR-010, IBIPC-STR-011, IBIPC-STR-015, IBIPC-STR-016, IBIPC-SHL-002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28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COMMAND BUNKER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ASSEMBLY + TEST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IBIPC-STR-017, IBIPC-BNK-011, IBIPC-TEC-018, IBIPC-STR-001-IID, IBIPC-DOR-001-GT, EV-014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29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HARDENED AIRCRAFT SHELTERS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CONCEPT + MATERIAL DATA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IBIPC-SHL-003, EV-015, MAT-001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30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FILTRATION AND AIR HANDLING UNITS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EQUIPMENT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IBIPC-VEN-002, IBIPC-VEN-003, IBIPC-VEN-005, IBIPC-VEN-006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31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ROBUST COMPONENTS FOR COMBAT USE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EQUIPMENT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IBIPC-VEN-001, IBIPC-VEN-004, IBIPC-VEN-005, IBIPC-TEC-001, IBIPC-TEC-002, IBIPC-TEC-003, IBIPC-TEC-004, IBIPC-TEC-005, IBIPC-TEC-006, IBIPC-TEC-007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32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MOBILE T-WALLS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IBIPC-WAL-002, IBIPC-STR-013, IBIPC-TEC-019, IBIPC-WAL-002-S, IBIPC-WAL-002-E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33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TUNNELS TO PROTECT HIGH PRIORITY CABLES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IBIPC-CAB-001, IBIPC-CAB-001-LC, IBIPC-CAB-001-LF, IBIPC-CAB-001-HC, IBIPC-CAB-001-HF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34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BALISTIC PLATES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IBIPC-STR-020, IBIPC-STR-020-L, IBIPC-STR-020-H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35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CONCRETE PYRAMID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IBIPC-RDB-001, IBIPC-RDB-010, IBIPC-RDB-011, IBIPC-RDB-001-H, IBIPC-RDB-001-M, IBIPC-RDB-001-L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36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MOBILE ROADBLOCK – STING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PRODUCT + CERTIFICATION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IBIPC-RDB-002, IBIPC-RDB-002-UH, IBIPC-RDB-002-HC, IBIPC-RDB-002-HS, IBIPC-RDB-002-PO, EV-005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37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CONCRETE MIXTURES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MATERIAL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 – Material Record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MAT-002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38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MoD CR – References (1/2)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MINISTRY_REFERENCE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 – Evidence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IBIPC-BNK-022, IBIPC-BNK-023, IBIPC-BNK-024, EV-006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39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MoD CR – References (2/2) + photo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MINISTRY_REFERENCE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 – Evidence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EV-006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40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CTU Test Report 133 003/2021 (cover)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TEST_REPORT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 – Evidence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EV-007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41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CTU Test Report 133 003/2021 (results)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TEST_REPORT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 – Evidence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EV-007, MAT-001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42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VVÚ Certificate 2280-011-2022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CERTIFICATE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 – Evidence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IBIPC-STR-001, EV-008, MAT-001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43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VVÚ Certificate 2280-001-2025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CERTIFICATE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 – Evidence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IBIPC-RDB-002, IBIPC-RDB-002-PO, EV-009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44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YOUR SAFETY IS OUR HIGHEST PRIORITY – test preparation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TEST_EVIDENCE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 – Evidence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IBIPC-STR-001, EV-010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45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TESTED AND CERTIFIED BY MRI – test photos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TEST_EVIDENCE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 – Evidence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EV-011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46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NATO STANAG 2280:2016 table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STANDARD_REFERENCE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YES – Evidence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EV-012</w:t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47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Back cover (photo)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COVER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N/A – cover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805"/>
          </w:tcPr>
          <w:p>
            <w:r>
              <w:rPr>
                <w:sz w:val="17"/>
              </w:rPr>
              <w:t>48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Back cover (photo)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COVER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  <w:t>N/A – cover</w:t>
            </w:r>
          </w:p>
        </w:tc>
        <w:tc>
          <w:tcPr>
            <w:tcW w:type="dxa" w:w="2805"/>
          </w:tcPr>
          <w:p>
            <w:r>
              <w:rPr>
                <w:sz w:val="17"/>
              </w:rPr>
            </w:r>
          </w:p>
        </w:tc>
      </w:tr>
    </w:tbl>
    <w:p/>
    <w:p>
      <w:pPr>
        <w:pStyle w:val="Heading1"/>
      </w:pPr>
      <w:r>
        <w:t>12. Recommendations for 3D stage / Рекомендации к этапу 3D</w:t>
      </w:r>
    </w:p>
    <w:p>
      <w:pPr>
        <w:pStyle w:val="ListNumber"/>
      </w:pPr>
      <w:r>
        <w:t>Тестовый набор (Deliverable 2) подтверждён данными каталога: UCS TYPE I (полные данные, стр. 11), Mobile T-Wall (полный чертёж, стр. 32), Ballistic Plate LIGHT (стр. 34), Concrete Pyramid HEAVY (таблица, стр. 35), Basic Infantry Bunker (сборка 1 × TYPE I + 2 крышки, стр. 14).</w:t>
      </w:r>
    </w:p>
    <w:p>
      <w:pPr>
        <w:pStyle w:val="ListNumber"/>
      </w:pPr>
      <w:r>
        <w:t>До моделирования закрыть вопросы DSC-005 (TYPE II 3.4 vs 3.6 м), DSC-006/007 (длины цепочек), DSC-008 (объём LIGHT), а также толщины крышек 340/200 мм (LID I / LID II).</w:t>
      </w:r>
    </w:p>
    <w:p>
      <w:pPr>
        <w:pStyle w:val="ListNumber"/>
      </w:pPr>
      <w:r>
        <w:t>Сегмент моделировать как параметрический объект (L, внутренние W×H, стенка t, joint profile); крышки, двери, амбразуры и щели — отдельными объектами с snap points front_joint / rear_joint / door_frame_anchor.</w:t>
      </w:r>
    </w:p>
    <w:p>
      <w:pPr>
        <w:pStyle w:val="ListNumber"/>
      </w:pPr>
      <w:r>
        <w:t>Сборки хранить только иерархией (assemblies[]): BOM, масса и логистика считаются из компонентов; монолитные меши не использовать.</w:t>
      </w:r>
    </w:p>
    <w:p>
      <w:pPr>
        <w:pStyle w:val="ListNumber"/>
      </w:pPr>
      <w:r>
        <w:t>Technical equipment (Firbach, VA 300, клапаны) — functional proxy по габаритам (если даны), LOD2 — бокс, LOD1 — упрощённая форма.</w:t>
      </w:r>
    </w:p>
    <w:p>
      <w:pPr>
        <w:pStyle w:val="ListNumber"/>
      </w:pPr>
      <w:r>
        <w:t>Placeholder-записи (Litter Bins, Panic Room, Military Defense Bunker, Data Centers, Invacuation, Emergency Shelter, Hardened safety bunker) не моделировать до получения исходных данных от IBIPC.</w:t>
      </w:r>
    </w:p>
    <w:p>
      <w:pPr>
        <w:pStyle w:val="ListNumber"/>
      </w:pPr>
      <w:r>
        <w:t>Массы не вычислять из объёма: плотность для изделий в каталоге не задана (2765 кг/м³ — только образцы; TEST_REPORT_CONFIRMED).</w:t>
      </w:r>
    </w:p>
    <w:p>
      <w:pPr>
        <w:pStyle w:val="ListNumber"/>
      </w:pPr>
      <w:r>
        <w:t>Модуль IBIPC подключать как изолированное расширение каталога W-FORTEX: новые ID с префиксом IBIPC-, существующие ID, проекты и симулятор не меняются.</w:t>
      </w:r>
    </w:p>
    <w:sectPr w:rsidR="00FC693F" w:rsidRPr="0006063C" w:rsidSect="00034616">
      <w:pgSz w:w="15840" w:h="12240" w:orient="landscape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